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7F4C5" w14:textId="77777777" w:rsidR="00B061EF" w:rsidRPr="003E466C" w:rsidRDefault="00772F9A">
      <w:pPr>
        <w:jc w:val="right"/>
        <w:rPr>
          <w:rFonts w:ascii="BIZ UDPゴシック" w:eastAsia="BIZ UDPゴシック" w:hAnsi="BIZ UDPゴシック"/>
          <w:lang w:eastAsia="ja-JP"/>
        </w:rPr>
      </w:pPr>
      <w:r w:rsidRPr="003E466C">
        <w:rPr>
          <w:rFonts w:ascii="BIZ UDPゴシック" w:eastAsia="BIZ UDPゴシック" w:hAnsi="BIZ UDPゴシック"/>
          <w:lang w:eastAsia="ja-JP"/>
        </w:rPr>
        <w:t>様式1</w:t>
      </w:r>
    </w:p>
    <w:p w14:paraId="6B935795" w14:textId="77777777" w:rsidR="00772F9A" w:rsidRDefault="00772F9A">
      <w:pPr>
        <w:jc w:val="center"/>
        <w:rPr>
          <w:rFonts w:ascii="BIZ UDPゴシック" w:eastAsia="BIZ UDPゴシック" w:hAnsi="BIZ UDPゴシック"/>
          <w:lang w:eastAsia="ja-JP"/>
        </w:rPr>
      </w:pPr>
    </w:p>
    <w:p w14:paraId="5584292D" w14:textId="18E385DE" w:rsidR="00B061EF" w:rsidRPr="003E466C" w:rsidRDefault="00DA77D1">
      <w:pPr>
        <w:jc w:val="center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t>熊本市動物愛護センター業務の一部民間委託に関するサウンディング型市場調査</w:t>
      </w:r>
    </w:p>
    <w:p w14:paraId="0CD5B526" w14:textId="7336CE15" w:rsidR="00B061EF" w:rsidRPr="003E466C" w:rsidRDefault="006F0C28">
      <w:pPr>
        <w:jc w:val="center"/>
        <w:rPr>
          <w:rFonts w:ascii="BIZ UDPゴシック" w:eastAsia="BIZ UDPゴシック" w:hAnsi="BIZ UDPゴシック"/>
          <w:lang w:eastAsia="ja-JP"/>
        </w:rPr>
      </w:pPr>
      <w:r w:rsidRPr="003E466C">
        <w:rPr>
          <w:rFonts w:ascii="BIZ UDPゴシック" w:eastAsia="BIZ UDPゴシック" w:hAnsi="BIZ UDPゴシック" w:hint="eastAsia"/>
          <w:b/>
          <w:sz w:val="30"/>
          <w:lang w:eastAsia="ja-JP"/>
        </w:rPr>
        <w:t>個別対話</w:t>
      </w:r>
      <w:r w:rsidR="00A32108" w:rsidRPr="003E466C">
        <w:rPr>
          <w:rFonts w:ascii="BIZ UDPゴシック" w:eastAsia="BIZ UDPゴシック" w:hAnsi="BIZ UDPゴシック" w:hint="eastAsia"/>
          <w:b/>
          <w:sz w:val="30"/>
          <w:lang w:eastAsia="ja-JP"/>
        </w:rPr>
        <w:t>参加申込書</w:t>
      </w:r>
    </w:p>
    <w:p w14:paraId="6E2CDD0E" w14:textId="77777777" w:rsidR="00B061EF" w:rsidRPr="003E466C" w:rsidRDefault="00772F9A">
      <w:pPr>
        <w:spacing w:after="80"/>
        <w:rPr>
          <w:rFonts w:ascii="BIZ UDPゴシック" w:eastAsia="BIZ UDPゴシック" w:hAnsi="BIZ UDPゴシック"/>
          <w:lang w:eastAsia="ja-JP"/>
        </w:rPr>
      </w:pPr>
      <w:r w:rsidRPr="003E466C">
        <w:rPr>
          <w:rFonts w:ascii="BIZ UDPゴシック" w:eastAsia="BIZ UDPゴシック" w:hAnsi="BIZ UDPゴシック"/>
          <w:lang w:eastAsia="ja-JP"/>
        </w:rPr>
        <w:t>熊本市動物愛護センター 宛</w:t>
      </w:r>
    </w:p>
    <w:p w14:paraId="3DE4215E" w14:textId="77777777" w:rsidR="00B061EF" w:rsidRPr="003E466C" w:rsidRDefault="00772F9A">
      <w:pPr>
        <w:spacing w:after="140"/>
        <w:rPr>
          <w:rFonts w:ascii="BIZ UDPゴシック" w:eastAsia="BIZ UDPゴシック" w:hAnsi="BIZ UDPゴシック"/>
          <w:lang w:eastAsia="ja-JP"/>
        </w:rPr>
      </w:pPr>
      <w:r w:rsidRPr="003E466C">
        <w:rPr>
          <w:rFonts w:ascii="BIZ UDPゴシック" w:eastAsia="BIZ UDPゴシック" w:hAnsi="BIZ UDPゴシック"/>
          <w:lang w:eastAsia="ja-JP"/>
        </w:rPr>
        <w:t>標記サウンディング型市場調査の個別対話への参加を、次のとおり申し込みます。</w:t>
      </w:r>
    </w:p>
    <w:tbl>
      <w:tblPr>
        <w:tblStyle w:val="afe"/>
        <w:tblW w:w="9972" w:type="dxa"/>
        <w:tblLayout w:type="fixed"/>
        <w:tblLook w:val="04A0" w:firstRow="1" w:lastRow="0" w:firstColumn="1" w:lastColumn="0" w:noHBand="0" w:noVBand="1"/>
      </w:tblPr>
      <w:tblGrid>
        <w:gridCol w:w="3097"/>
        <w:gridCol w:w="6875"/>
      </w:tblGrid>
      <w:tr w:rsidR="00B061EF" w:rsidRPr="003E466C" w14:paraId="5EB469CD" w14:textId="77777777" w:rsidTr="0098090B">
        <w:trPr>
          <w:trHeight w:val="543"/>
        </w:trPr>
        <w:tc>
          <w:tcPr>
            <w:tcW w:w="3097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078FED" w14:textId="77777777" w:rsidR="00B061EF" w:rsidRPr="003E466C" w:rsidRDefault="00772F9A">
            <w:pPr>
              <w:rPr>
                <w:rFonts w:ascii="BIZ UDPゴシック" w:eastAsia="BIZ UDPゴシック" w:hAnsi="BIZ UDPゴシック"/>
              </w:rPr>
            </w:pPr>
            <w:proofErr w:type="spellStart"/>
            <w:r w:rsidRPr="003E466C">
              <w:rPr>
                <w:rFonts w:ascii="BIZ UDPゴシック" w:eastAsia="BIZ UDPゴシック" w:hAnsi="BIZ UDPゴシック"/>
              </w:rPr>
              <w:t>法人名・所在地</w:t>
            </w:r>
            <w:proofErr w:type="spellEnd"/>
          </w:p>
        </w:tc>
        <w:tc>
          <w:tcPr>
            <w:tcW w:w="687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E709AC" w14:textId="77777777" w:rsidR="00B061EF" w:rsidRPr="003E466C" w:rsidRDefault="00772F9A">
            <w:pPr>
              <w:rPr>
                <w:rFonts w:ascii="BIZ UDPゴシック" w:eastAsia="BIZ UDPゴシック" w:hAnsi="BIZ UDPゴシック"/>
              </w:rPr>
            </w:pPr>
            <w:proofErr w:type="spellStart"/>
            <w:r w:rsidRPr="003E466C">
              <w:rPr>
                <w:rFonts w:ascii="BIZ UDPゴシック" w:eastAsia="BIZ UDPゴシック" w:hAnsi="BIZ UDPゴシック"/>
              </w:rPr>
              <w:t>法人名</w:t>
            </w:r>
            <w:proofErr w:type="spellEnd"/>
            <w:r w:rsidRPr="003E466C">
              <w:rPr>
                <w:rFonts w:ascii="BIZ UDPゴシック" w:eastAsia="BIZ UDPゴシック" w:hAnsi="BIZ UDPゴシック"/>
              </w:rPr>
              <w:t>：</w:t>
            </w:r>
            <w:r w:rsidRPr="003E466C">
              <w:rPr>
                <w:rFonts w:ascii="BIZ UDPゴシック" w:eastAsia="BIZ UDPゴシック" w:hAnsi="BIZ UDPゴシック"/>
              </w:rPr>
              <w:br/>
            </w:r>
            <w:proofErr w:type="spellStart"/>
            <w:r w:rsidRPr="003E466C">
              <w:rPr>
                <w:rFonts w:ascii="BIZ UDPゴシック" w:eastAsia="BIZ UDPゴシック" w:hAnsi="BIZ UDPゴシック"/>
              </w:rPr>
              <w:t>所在地</w:t>
            </w:r>
            <w:proofErr w:type="spellEnd"/>
            <w:r w:rsidRPr="003E466C">
              <w:rPr>
                <w:rFonts w:ascii="BIZ UDPゴシック" w:eastAsia="BIZ UDPゴシック" w:hAnsi="BIZ UDPゴシック"/>
              </w:rPr>
              <w:t>：〒</w:t>
            </w:r>
          </w:p>
        </w:tc>
      </w:tr>
      <w:tr w:rsidR="00B061EF" w:rsidRPr="003E466C" w14:paraId="68DFEF56" w14:textId="77777777" w:rsidTr="0098090B">
        <w:trPr>
          <w:trHeight w:val="486"/>
        </w:trPr>
        <w:tc>
          <w:tcPr>
            <w:tcW w:w="3097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858E23" w14:textId="77777777" w:rsidR="0098090B" w:rsidRPr="003E466C" w:rsidRDefault="00772F9A">
            <w:pPr>
              <w:rPr>
                <w:rFonts w:ascii="BIZ UDPゴシック" w:eastAsia="BIZ UDPゴシック" w:hAnsi="BIZ UDPゴシック"/>
                <w:lang w:eastAsia="ja-JP"/>
              </w:rPr>
            </w:pPr>
            <w:r w:rsidRPr="003E466C">
              <w:rPr>
                <w:rFonts w:ascii="BIZ UDPゴシック" w:eastAsia="BIZ UDPゴシック" w:hAnsi="BIZ UDPゴシック"/>
                <w:lang w:eastAsia="ja-JP"/>
              </w:rPr>
              <w:t>（グループの場合）</w:t>
            </w:r>
          </w:p>
          <w:p w14:paraId="0FBF143D" w14:textId="26E529E9" w:rsidR="00B061EF" w:rsidRPr="003E466C" w:rsidRDefault="00772F9A">
            <w:pPr>
              <w:rPr>
                <w:rFonts w:ascii="BIZ UDPゴシック" w:eastAsia="BIZ UDPゴシック" w:hAnsi="BIZ UDPゴシック"/>
                <w:lang w:eastAsia="ja-JP"/>
              </w:rPr>
            </w:pPr>
            <w:r w:rsidRPr="003E466C">
              <w:rPr>
                <w:rFonts w:ascii="BIZ UDPゴシック" w:eastAsia="BIZ UDPゴシック" w:hAnsi="BIZ UDPゴシック"/>
                <w:lang w:eastAsia="ja-JP"/>
              </w:rPr>
              <w:t>構成法人名</w:t>
            </w:r>
          </w:p>
        </w:tc>
        <w:tc>
          <w:tcPr>
            <w:tcW w:w="687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2A6659" w14:textId="77777777" w:rsidR="00B061EF" w:rsidRPr="003E466C" w:rsidRDefault="00B061EF">
            <w:pPr>
              <w:rPr>
                <w:rFonts w:ascii="BIZ UDPゴシック" w:eastAsia="BIZ UDPゴシック" w:hAnsi="BIZ UDPゴシック"/>
                <w:lang w:eastAsia="ja-JP"/>
              </w:rPr>
            </w:pPr>
          </w:p>
        </w:tc>
      </w:tr>
      <w:tr w:rsidR="00B061EF" w:rsidRPr="003E466C" w14:paraId="24BF3A8D" w14:textId="77777777" w:rsidTr="0098090B">
        <w:tc>
          <w:tcPr>
            <w:tcW w:w="3097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9ADD89" w14:textId="77777777" w:rsidR="00B061EF" w:rsidRPr="003E466C" w:rsidRDefault="00772F9A">
            <w:pPr>
              <w:rPr>
                <w:rFonts w:ascii="BIZ UDPゴシック" w:eastAsia="BIZ UDPゴシック" w:hAnsi="BIZ UDPゴシック"/>
                <w:lang w:eastAsia="ja-JP"/>
              </w:rPr>
            </w:pPr>
            <w:r w:rsidRPr="003E466C">
              <w:rPr>
                <w:rFonts w:ascii="BIZ UDPゴシック" w:eastAsia="BIZ UDPゴシック" w:hAnsi="BIZ UDPゴシック"/>
                <w:lang w:eastAsia="ja-JP"/>
              </w:rPr>
              <w:t>サウンディング担当者</w:t>
            </w:r>
          </w:p>
        </w:tc>
        <w:tc>
          <w:tcPr>
            <w:tcW w:w="687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6A0086" w14:textId="6B174E4E" w:rsidR="00B061EF" w:rsidRPr="003E466C" w:rsidRDefault="00772F9A">
            <w:pPr>
              <w:rPr>
                <w:rFonts w:ascii="BIZ UDPゴシック" w:eastAsia="BIZ UDPゴシック" w:hAnsi="BIZ UDPゴシック"/>
              </w:rPr>
            </w:pPr>
            <w:proofErr w:type="spellStart"/>
            <w:r w:rsidRPr="003E466C">
              <w:rPr>
                <w:rFonts w:ascii="BIZ UDPゴシック" w:eastAsia="BIZ UDPゴシック" w:hAnsi="BIZ UDPゴシック"/>
              </w:rPr>
              <w:t>氏名</w:t>
            </w:r>
            <w:proofErr w:type="spellEnd"/>
            <w:r w:rsidRPr="003E466C">
              <w:rPr>
                <w:rFonts w:ascii="BIZ UDPゴシック" w:eastAsia="BIZ UDPゴシック" w:hAnsi="BIZ UDPゴシック"/>
              </w:rPr>
              <w:t>：</w:t>
            </w:r>
            <w:r w:rsidRPr="003E466C">
              <w:rPr>
                <w:rFonts w:ascii="BIZ UDPゴシック" w:eastAsia="BIZ UDPゴシック" w:hAnsi="BIZ UDPゴシック"/>
              </w:rPr>
              <w:br/>
            </w:r>
            <w:proofErr w:type="spellStart"/>
            <w:r w:rsidRPr="003E466C">
              <w:rPr>
                <w:rFonts w:ascii="BIZ UDPゴシック" w:eastAsia="BIZ UDPゴシック" w:hAnsi="BIZ UDPゴシック"/>
              </w:rPr>
              <w:t>所属企業・部署名</w:t>
            </w:r>
            <w:proofErr w:type="spellEnd"/>
            <w:r w:rsidRPr="003E466C">
              <w:rPr>
                <w:rFonts w:ascii="BIZ UDPゴシック" w:eastAsia="BIZ UDPゴシック" w:hAnsi="BIZ UDPゴシック"/>
              </w:rPr>
              <w:t>：</w:t>
            </w:r>
            <w:r w:rsidRPr="003E466C">
              <w:rPr>
                <w:rFonts w:ascii="BIZ UDPゴシック" w:eastAsia="BIZ UDPゴシック" w:hAnsi="BIZ UDPゴシック"/>
              </w:rPr>
              <w:br/>
              <w:t>E-mail：</w:t>
            </w:r>
            <w:r w:rsidR="0098090B" w:rsidRPr="003E466C">
              <w:rPr>
                <w:rFonts w:ascii="BIZ UDPゴシック" w:eastAsia="BIZ UDPゴシック" w:hAnsi="BIZ UDPゴシック" w:hint="eastAsia"/>
                <w:lang w:eastAsia="ja-JP"/>
              </w:rPr>
              <w:t xml:space="preserve">　　　　　　　　　　　　　　　</w:t>
            </w:r>
            <w:r w:rsidRPr="003E466C">
              <w:rPr>
                <w:rFonts w:ascii="BIZ UDPゴシック" w:eastAsia="BIZ UDPゴシック" w:hAnsi="BIZ UDPゴシック"/>
              </w:rPr>
              <w:t>Tel：</w:t>
            </w:r>
          </w:p>
        </w:tc>
      </w:tr>
      <w:tr w:rsidR="00B061EF" w:rsidRPr="003E466C" w14:paraId="533FEF15" w14:textId="77777777" w:rsidTr="0098090B">
        <w:tc>
          <w:tcPr>
            <w:tcW w:w="3097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BF830B" w14:textId="77777777" w:rsidR="00B061EF" w:rsidRPr="003E466C" w:rsidRDefault="00772F9A">
            <w:pPr>
              <w:rPr>
                <w:rFonts w:ascii="BIZ UDPゴシック" w:eastAsia="BIZ UDPゴシック" w:hAnsi="BIZ UDPゴシック"/>
                <w:lang w:eastAsia="ja-JP"/>
              </w:rPr>
            </w:pPr>
            <w:r w:rsidRPr="003E466C">
              <w:rPr>
                <w:rFonts w:ascii="BIZ UDPゴシック" w:eastAsia="BIZ UDPゴシック" w:hAnsi="BIZ UDPゴシック"/>
                <w:lang w:eastAsia="ja-JP"/>
              </w:rPr>
              <w:t>サウンディングの希望日時</w:t>
            </w:r>
          </w:p>
        </w:tc>
        <w:tc>
          <w:tcPr>
            <w:tcW w:w="687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1FD814" w14:textId="4E2E63DF" w:rsidR="00B061EF" w:rsidRPr="003E466C" w:rsidRDefault="75EC7F89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3E466C"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第1希望：　　月　　日（　）　</w:t>
            </w:r>
          </w:p>
          <w:p w14:paraId="3B84C148" w14:textId="14F9326F" w:rsidR="00B061EF" w:rsidRPr="003E466C" w:rsidRDefault="75EC7F89">
            <w:pPr>
              <w:rPr>
                <w:rFonts w:ascii="BIZ UDPゴシック" w:eastAsia="BIZ UDPゴシック" w:hAnsi="BIZ UDPゴシック"/>
                <w:sz w:val="20"/>
                <w:szCs w:val="20"/>
                <w:lang w:eastAsia="ja-JP"/>
              </w:rPr>
            </w:pPr>
            <w:r w:rsidRPr="003E466C">
              <w:rPr>
                <w:rFonts w:ascii="BIZ UDPゴシック" w:eastAsia="BIZ UDPゴシック" w:hAnsi="BIZ UDPゴシック"/>
                <w:sz w:val="20"/>
                <w:szCs w:val="20"/>
                <w:lang w:eastAsia="ja-JP"/>
              </w:rPr>
              <w:t>□10～12時　□13～15時　□15～17時</w:t>
            </w:r>
            <w:r w:rsidRPr="003E466C">
              <w:rPr>
                <w:rFonts w:ascii="BIZ UDPゴシック" w:eastAsia="BIZ UDPゴシック" w:hAnsi="BIZ UDPゴシック"/>
                <w:b/>
                <w:bCs/>
                <w:sz w:val="20"/>
                <w:szCs w:val="20"/>
                <w:lang w:eastAsia="ja-JP"/>
              </w:rPr>
              <w:t xml:space="preserve">　</w:t>
            </w:r>
            <w:r w:rsidR="00C13181">
              <w:rPr>
                <w:rFonts w:ascii="BIZ UDPゴシック" w:eastAsia="BIZ UDPゴシック" w:hAnsi="BIZ UDPゴシック" w:hint="eastAsia"/>
                <w:b/>
                <w:bCs/>
                <w:sz w:val="20"/>
                <w:szCs w:val="20"/>
                <w:lang w:eastAsia="ja-JP"/>
              </w:rPr>
              <w:t xml:space="preserve">　</w:t>
            </w:r>
            <w:r w:rsidRPr="003E466C">
              <w:rPr>
                <w:rFonts w:ascii="BIZ UDPゴシック" w:eastAsia="BIZ UDPゴシック" w:hAnsi="BIZ UDPゴシック"/>
                <w:b/>
                <w:bCs/>
                <w:sz w:val="20"/>
                <w:szCs w:val="20"/>
                <w:lang w:eastAsia="ja-JP"/>
              </w:rPr>
              <w:t>□</w:t>
            </w:r>
            <w:r w:rsidR="006F0C28" w:rsidRPr="003E466C">
              <w:rPr>
                <w:rFonts w:ascii="BIZ UDPゴシック" w:eastAsia="BIZ UDPゴシック" w:hAnsi="BIZ UDPゴシック" w:hint="eastAsia"/>
                <w:b/>
                <w:bCs/>
                <w:sz w:val="20"/>
                <w:szCs w:val="20"/>
                <w:lang w:eastAsia="ja-JP"/>
              </w:rPr>
              <w:t>現地見学を希望する</w:t>
            </w:r>
            <w:r w:rsidRPr="003E466C">
              <w:rPr>
                <w:rFonts w:ascii="BIZ UDPゴシック" w:eastAsia="BIZ UDPゴシック" w:hAnsi="BIZ UDPゴシック"/>
                <w:sz w:val="20"/>
                <w:szCs w:val="20"/>
                <w:lang w:eastAsia="ja-JP"/>
              </w:rPr>
              <w:br/>
              <w:t xml:space="preserve">第2希望：　　月　　日（　）　</w:t>
            </w:r>
          </w:p>
          <w:p w14:paraId="7E0780B0" w14:textId="58B855CC" w:rsidR="00B061EF" w:rsidRPr="003E466C" w:rsidRDefault="75EC7F89">
            <w:pPr>
              <w:rPr>
                <w:rFonts w:ascii="BIZ UDPゴシック" w:eastAsia="BIZ UDPゴシック" w:hAnsi="BIZ UDPゴシック"/>
                <w:sz w:val="20"/>
                <w:szCs w:val="20"/>
                <w:lang w:eastAsia="ja-JP"/>
              </w:rPr>
            </w:pPr>
            <w:r w:rsidRPr="003E466C">
              <w:rPr>
                <w:rFonts w:ascii="BIZ UDPゴシック" w:eastAsia="BIZ UDPゴシック" w:hAnsi="BIZ UDPゴシック"/>
                <w:sz w:val="20"/>
                <w:szCs w:val="20"/>
                <w:lang w:eastAsia="ja-JP"/>
              </w:rPr>
              <w:t xml:space="preserve">□10～12時　□13～15時　□15～17時    </w:t>
            </w:r>
            <w:r w:rsidRPr="003E466C">
              <w:rPr>
                <w:rFonts w:ascii="BIZ UDPゴシック" w:eastAsia="BIZ UDPゴシック" w:hAnsi="BIZ UDPゴシック"/>
                <w:b/>
                <w:bCs/>
                <w:sz w:val="20"/>
                <w:szCs w:val="20"/>
                <w:lang w:eastAsia="ja-JP"/>
              </w:rPr>
              <w:t>□</w:t>
            </w:r>
            <w:r w:rsidR="006F0C28" w:rsidRPr="003E466C">
              <w:rPr>
                <w:rFonts w:ascii="BIZ UDPゴシック" w:eastAsia="BIZ UDPゴシック" w:hAnsi="BIZ UDPゴシック" w:hint="eastAsia"/>
                <w:b/>
                <w:bCs/>
                <w:sz w:val="20"/>
                <w:szCs w:val="20"/>
                <w:lang w:eastAsia="ja-JP"/>
              </w:rPr>
              <w:t>現地見学を希望する</w:t>
            </w:r>
            <w:r w:rsidRPr="003E466C">
              <w:rPr>
                <w:rFonts w:ascii="BIZ UDPゴシック" w:eastAsia="BIZ UDPゴシック" w:hAnsi="BIZ UDPゴシック"/>
                <w:sz w:val="20"/>
                <w:szCs w:val="20"/>
                <w:lang w:eastAsia="ja-JP"/>
              </w:rPr>
              <w:br/>
              <w:t xml:space="preserve">第3希望：　　月　　日（　）　</w:t>
            </w:r>
          </w:p>
          <w:p w14:paraId="18CC0937" w14:textId="37109288" w:rsidR="00B061EF" w:rsidRPr="003E466C" w:rsidRDefault="75EC7F89">
            <w:pPr>
              <w:rPr>
                <w:rFonts w:ascii="BIZ UDPゴシック" w:eastAsia="BIZ UDPゴシック" w:hAnsi="BIZ UDPゴシック"/>
                <w:lang w:eastAsia="ja-JP"/>
              </w:rPr>
            </w:pPr>
            <w:r w:rsidRPr="003E466C">
              <w:rPr>
                <w:rFonts w:ascii="BIZ UDPゴシック" w:eastAsia="BIZ UDPゴシック" w:hAnsi="BIZ UDPゴシック"/>
                <w:sz w:val="20"/>
                <w:szCs w:val="20"/>
                <w:lang w:eastAsia="ja-JP"/>
              </w:rPr>
              <w:t xml:space="preserve">□10～12時　□13～15時　□15～17時　</w:t>
            </w:r>
            <w:r w:rsidR="00C13181">
              <w:rPr>
                <w:rFonts w:ascii="BIZ UDPゴシック" w:eastAsia="BIZ UDPゴシック" w:hAnsi="BIZ UDPゴシック" w:hint="eastAsia"/>
                <w:sz w:val="20"/>
                <w:szCs w:val="20"/>
                <w:lang w:eastAsia="ja-JP"/>
              </w:rPr>
              <w:t xml:space="preserve">　</w:t>
            </w:r>
            <w:r w:rsidRPr="003E466C">
              <w:rPr>
                <w:rFonts w:ascii="BIZ UDPゴシック" w:eastAsia="BIZ UDPゴシック" w:hAnsi="BIZ UDPゴシック"/>
                <w:b/>
                <w:bCs/>
                <w:sz w:val="20"/>
                <w:szCs w:val="20"/>
                <w:lang w:eastAsia="ja-JP"/>
              </w:rPr>
              <w:t>□</w:t>
            </w:r>
            <w:r w:rsidR="006F0C28" w:rsidRPr="003E466C">
              <w:rPr>
                <w:rFonts w:ascii="BIZ UDPゴシック" w:eastAsia="BIZ UDPゴシック" w:hAnsi="BIZ UDPゴシック" w:hint="eastAsia"/>
                <w:b/>
                <w:bCs/>
                <w:sz w:val="20"/>
                <w:szCs w:val="20"/>
                <w:lang w:eastAsia="ja-JP"/>
              </w:rPr>
              <w:t>現地見学を希望する</w:t>
            </w:r>
          </w:p>
        </w:tc>
      </w:tr>
      <w:tr w:rsidR="00B061EF" w:rsidRPr="003E466C" w14:paraId="47F77700" w14:textId="77777777" w:rsidTr="0098090B">
        <w:tc>
          <w:tcPr>
            <w:tcW w:w="3097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63C3B7" w14:textId="77777777" w:rsidR="00B061EF" w:rsidRPr="003E466C" w:rsidRDefault="00772F9A">
            <w:pPr>
              <w:rPr>
                <w:rFonts w:ascii="BIZ UDPゴシック" w:eastAsia="BIZ UDPゴシック" w:hAnsi="BIZ UDPゴシック"/>
                <w:lang w:eastAsia="ja-JP"/>
              </w:rPr>
            </w:pPr>
            <w:r w:rsidRPr="003E466C">
              <w:rPr>
                <w:rFonts w:ascii="BIZ UDPゴシック" w:eastAsia="BIZ UDPゴシック" w:hAnsi="BIZ UDPゴシック"/>
                <w:lang w:eastAsia="ja-JP"/>
              </w:rPr>
              <w:t>サウンディング参加予定者</w:t>
            </w:r>
          </w:p>
        </w:tc>
        <w:tc>
          <w:tcPr>
            <w:tcW w:w="687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F808AF" w14:textId="4B720275" w:rsidR="00772F9A" w:rsidRPr="00772F9A" w:rsidRDefault="00772F9A" w:rsidP="00772F9A">
            <w:pPr>
              <w:pStyle w:val="ae"/>
              <w:numPr>
                <w:ilvl w:val="0"/>
                <w:numId w:val="10"/>
              </w:numPr>
              <w:rPr>
                <w:rFonts w:ascii="BIZ UDPゴシック" w:eastAsia="BIZ UDPゴシック" w:hAnsi="BIZ UDPゴシック"/>
                <w:lang w:eastAsia="ja-JP"/>
              </w:rPr>
            </w:pPr>
            <w:r w:rsidRPr="00772F9A">
              <w:rPr>
                <w:rFonts w:ascii="BIZ UDPゴシック" w:eastAsia="BIZ UDPゴシック" w:hAnsi="BIZ UDPゴシック"/>
                <w:lang w:eastAsia="ja-JP"/>
              </w:rPr>
              <w:t xml:space="preserve">氏名：　　　　　　　　</w:t>
            </w:r>
          </w:p>
          <w:p w14:paraId="24384704" w14:textId="2A528D67" w:rsidR="00772F9A" w:rsidRDefault="00772F9A" w:rsidP="00772F9A">
            <w:pPr>
              <w:ind w:firstLineChars="100" w:firstLine="210"/>
              <w:rPr>
                <w:rFonts w:ascii="BIZ UDPゴシック" w:eastAsia="BIZ UDPゴシック" w:hAnsi="BIZ UDPゴシック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lang w:eastAsia="ja-JP"/>
              </w:rPr>
              <w:t>(</w:t>
            </w:r>
            <w:r w:rsidRPr="00772F9A">
              <w:rPr>
                <w:rFonts w:ascii="BIZ UDPゴシック" w:eastAsia="BIZ UDPゴシック" w:hAnsi="BIZ UDPゴシック"/>
                <w:lang w:eastAsia="ja-JP"/>
              </w:rPr>
              <w:t>所属法人名・部署・役職：</w:t>
            </w:r>
            <w:r>
              <w:rPr>
                <w:rFonts w:ascii="BIZ UDPゴシック" w:eastAsia="BIZ UDPゴシック" w:hAnsi="BIZ UDPゴシック" w:hint="eastAsia"/>
                <w:lang w:eastAsia="ja-JP"/>
              </w:rPr>
              <w:t xml:space="preserve">                                                        )</w:t>
            </w:r>
            <w:r w:rsidRPr="00772F9A">
              <w:rPr>
                <w:rFonts w:ascii="BIZ UDPゴシック" w:eastAsia="BIZ UDPゴシック" w:hAnsi="BIZ UDPゴシック"/>
                <w:lang w:eastAsia="ja-JP"/>
              </w:rPr>
              <w:br/>
              <w:t xml:space="preserve">2　氏名：　　　　　　　　　</w:t>
            </w:r>
          </w:p>
          <w:p w14:paraId="6331BA38" w14:textId="4A56C09A" w:rsidR="00772F9A" w:rsidRDefault="00772F9A" w:rsidP="00772F9A">
            <w:pPr>
              <w:ind w:firstLineChars="100" w:firstLine="210"/>
              <w:rPr>
                <w:rFonts w:ascii="BIZ UDPゴシック" w:eastAsia="BIZ UDPゴシック" w:hAnsi="BIZ UDPゴシック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lang w:eastAsia="ja-JP"/>
              </w:rPr>
              <w:t>(</w:t>
            </w:r>
            <w:r w:rsidRPr="00772F9A">
              <w:rPr>
                <w:rFonts w:ascii="BIZ UDPゴシック" w:eastAsia="BIZ UDPゴシック" w:hAnsi="BIZ UDPゴシック"/>
                <w:lang w:eastAsia="ja-JP"/>
              </w:rPr>
              <w:t>所属法人名・部署・役職：</w:t>
            </w:r>
            <w:r>
              <w:rPr>
                <w:rFonts w:ascii="BIZ UDPゴシック" w:eastAsia="BIZ UDPゴシック" w:hAnsi="BIZ UDPゴシック" w:hint="eastAsia"/>
                <w:lang w:eastAsia="ja-JP"/>
              </w:rPr>
              <w:t xml:space="preserve">                                                        )</w:t>
            </w:r>
            <w:r w:rsidRPr="00772F9A">
              <w:rPr>
                <w:rFonts w:ascii="BIZ UDPゴシック" w:eastAsia="BIZ UDPゴシック" w:hAnsi="BIZ UDPゴシック"/>
                <w:lang w:eastAsia="ja-JP"/>
              </w:rPr>
              <w:br/>
              <w:t xml:space="preserve">3　氏名：　　　　　　　　　</w:t>
            </w:r>
          </w:p>
          <w:p w14:paraId="34ECF36E" w14:textId="5FB409A9" w:rsidR="00B061EF" w:rsidRPr="00772F9A" w:rsidRDefault="00772F9A" w:rsidP="00772F9A">
            <w:pPr>
              <w:ind w:firstLineChars="100" w:firstLine="210"/>
              <w:rPr>
                <w:rFonts w:ascii="BIZ UDPゴシック" w:eastAsia="BIZ UDPゴシック" w:hAnsi="BIZ UDPゴシック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lang w:eastAsia="ja-JP"/>
              </w:rPr>
              <w:t>(</w:t>
            </w:r>
            <w:r w:rsidRPr="00772F9A">
              <w:rPr>
                <w:rFonts w:ascii="BIZ UDPゴシック" w:eastAsia="BIZ UDPゴシック" w:hAnsi="BIZ UDPゴシック"/>
                <w:lang w:eastAsia="ja-JP"/>
              </w:rPr>
              <w:t>所属法人名・部署・役職：</w:t>
            </w:r>
            <w:r>
              <w:rPr>
                <w:rFonts w:ascii="BIZ UDPゴシック" w:eastAsia="BIZ UDPゴシック" w:hAnsi="BIZ UDPゴシック" w:hint="eastAsia"/>
                <w:lang w:eastAsia="ja-JP"/>
              </w:rPr>
              <w:t xml:space="preserve">                                                        )</w:t>
            </w:r>
          </w:p>
        </w:tc>
      </w:tr>
    </w:tbl>
    <w:p w14:paraId="18C35CD7" w14:textId="77777777" w:rsidR="00B061EF" w:rsidRPr="003E466C" w:rsidRDefault="00772F9A">
      <w:pPr>
        <w:spacing w:before="160"/>
        <w:rPr>
          <w:rFonts w:ascii="BIZ UDPゴシック" w:eastAsia="BIZ UDPゴシック" w:hAnsi="BIZ UDPゴシック"/>
          <w:lang w:eastAsia="ja-JP"/>
        </w:rPr>
      </w:pPr>
      <w:r w:rsidRPr="003E466C">
        <w:rPr>
          <w:rFonts w:ascii="BIZ UDPゴシック" w:eastAsia="BIZ UDPゴシック" w:hAnsi="BIZ UDPゴシック"/>
          <w:b/>
          <w:lang w:eastAsia="ja-JP"/>
        </w:rPr>
        <w:t>【留意事項】</w:t>
      </w:r>
    </w:p>
    <w:p w14:paraId="0BA0C6DA" w14:textId="77777777" w:rsidR="00B061EF" w:rsidRPr="003E466C" w:rsidRDefault="00772F9A">
      <w:pPr>
        <w:spacing w:after="20"/>
        <w:rPr>
          <w:rFonts w:ascii="BIZ UDPゴシック" w:eastAsia="BIZ UDPゴシック" w:hAnsi="BIZ UDPゴシック"/>
          <w:sz w:val="18"/>
          <w:szCs w:val="18"/>
          <w:lang w:eastAsia="ja-JP"/>
        </w:rPr>
      </w:pPr>
      <w:r w:rsidRPr="003E466C">
        <w:rPr>
          <w:rFonts w:ascii="BIZ UDPゴシック" w:eastAsia="BIZ UDPゴシック" w:hAnsi="BIZ UDPゴシック"/>
          <w:sz w:val="18"/>
          <w:szCs w:val="18"/>
          <w:lang w:eastAsia="ja-JP"/>
        </w:rPr>
        <w:t>・個別対話の実施期間は、令和8年（2026年）11月24日（火）から12月18日（金）までを予定しています。</w:t>
      </w:r>
    </w:p>
    <w:p w14:paraId="41506D8E" w14:textId="674D3627" w:rsidR="00B061EF" w:rsidRPr="003E466C" w:rsidRDefault="00772F9A">
      <w:pPr>
        <w:spacing w:after="20"/>
        <w:rPr>
          <w:rFonts w:ascii="BIZ UDPゴシック" w:eastAsia="BIZ UDPゴシック" w:hAnsi="BIZ UDPゴシック"/>
          <w:sz w:val="18"/>
          <w:szCs w:val="18"/>
          <w:lang w:eastAsia="ja-JP"/>
        </w:rPr>
      </w:pPr>
      <w:r w:rsidRPr="003E466C">
        <w:rPr>
          <w:rFonts w:ascii="BIZ UDPゴシック" w:eastAsia="BIZ UDPゴシック" w:hAnsi="BIZ UDPゴシック"/>
          <w:sz w:val="18"/>
          <w:szCs w:val="18"/>
          <w:lang w:eastAsia="ja-JP"/>
        </w:rPr>
        <w:t>・希望日時は上記期間内で第3希望まで記入してください。</w:t>
      </w:r>
      <w:r w:rsidR="00C13181">
        <w:rPr>
          <w:rFonts w:ascii="BIZ UDPゴシック" w:eastAsia="BIZ UDPゴシック" w:hAnsi="BIZ UDPゴシック" w:hint="eastAsia"/>
          <w:sz w:val="18"/>
          <w:szCs w:val="18"/>
          <w:lang w:eastAsia="ja-JP"/>
        </w:rPr>
        <w:t>本申込書</w:t>
      </w:r>
      <w:r w:rsidRPr="003E466C">
        <w:rPr>
          <w:rFonts w:ascii="BIZ UDPゴシック" w:eastAsia="BIZ UDPゴシック" w:hAnsi="BIZ UDPゴシック"/>
          <w:sz w:val="18"/>
          <w:szCs w:val="18"/>
          <w:lang w:eastAsia="ja-JP"/>
        </w:rPr>
        <w:t>受領後、調整のうえ実施日時等を電子メールで連絡します。希望に添えない場合がありますので、あらかじめご了承ください。</w:t>
      </w:r>
    </w:p>
    <w:p w14:paraId="12CAF811" w14:textId="593302A4" w:rsidR="00B061EF" w:rsidRPr="003E466C" w:rsidRDefault="00772F9A">
      <w:pPr>
        <w:spacing w:after="20"/>
        <w:rPr>
          <w:rFonts w:ascii="BIZ UDPゴシック" w:eastAsia="BIZ UDPゴシック" w:hAnsi="BIZ UDPゴシック"/>
          <w:sz w:val="18"/>
          <w:szCs w:val="18"/>
          <w:lang w:eastAsia="ja-JP"/>
        </w:rPr>
      </w:pPr>
      <w:r w:rsidRPr="003E466C">
        <w:rPr>
          <w:rFonts w:ascii="BIZ UDPゴシック" w:eastAsia="BIZ UDPゴシック" w:hAnsi="BIZ UDPゴシック"/>
          <w:sz w:val="18"/>
          <w:szCs w:val="18"/>
          <w:lang w:eastAsia="ja-JP"/>
        </w:rPr>
        <w:t>・個別対話への参加者は、1法人・</w:t>
      </w:r>
      <w:r w:rsidR="00C13181">
        <w:rPr>
          <w:rFonts w:ascii="BIZ UDPゴシック" w:eastAsia="BIZ UDPゴシック" w:hAnsi="BIZ UDPゴシック" w:hint="eastAsia"/>
          <w:sz w:val="18"/>
          <w:szCs w:val="18"/>
          <w:lang w:eastAsia="ja-JP"/>
        </w:rPr>
        <w:t>団体</w:t>
      </w:r>
      <w:r w:rsidRPr="003E466C">
        <w:rPr>
          <w:rFonts w:ascii="BIZ UDPゴシック" w:eastAsia="BIZ UDPゴシック" w:hAnsi="BIZ UDPゴシック"/>
          <w:sz w:val="18"/>
          <w:szCs w:val="18"/>
          <w:lang w:eastAsia="ja-JP"/>
        </w:rPr>
        <w:t>につき3名以内としてください。</w:t>
      </w:r>
    </w:p>
    <w:p w14:paraId="5D82E099" w14:textId="306BA9BA" w:rsidR="00B061EF" w:rsidRPr="003E466C" w:rsidRDefault="00B061EF">
      <w:pPr>
        <w:spacing w:after="20"/>
        <w:rPr>
          <w:rFonts w:ascii="BIZ UDPゴシック" w:eastAsia="BIZ UDPゴシック" w:hAnsi="BIZ UDPゴシック" w:hint="eastAsia"/>
          <w:sz w:val="18"/>
          <w:szCs w:val="18"/>
          <w:lang w:eastAsia="ja-JP"/>
        </w:rPr>
      </w:pPr>
    </w:p>
    <w:sectPr w:rsidR="00B061EF" w:rsidRPr="003E466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FA05B" w14:textId="77777777" w:rsidR="0085620F" w:rsidRDefault="0085620F" w:rsidP="00A32108">
      <w:pPr>
        <w:spacing w:after="0" w:line="240" w:lineRule="auto"/>
      </w:pPr>
      <w:r>
        <w:separator/>
      </w:r>
    </w:p>
  </w:endnote>
  <w:endnote w:type="continuationSeparator" w:id="0">
    <w:p w14:paraId="4DBB314A" w14:textId="77777777" w:rsidR="0085620F" w:rsidRDefault="0085620F" w:rsidP="00A32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89415" w14:textId="77777777" w:rsidR="0085620F" w:rsidRDefault="0085620F" w:rsidP="00A32108">
      <w:pPr>
        <w:spacing w:after="0" w:line="240" w:lineRule="auto"/>
      </w:pPr>
      <w:r>
        <w:separator/>
      </w:r>
    </w:p>
  </w:footnote>
  <w:footnote w:type="continuationSeparator" w:id="0">
    <w:p w14:paraId="3ED35680" w14:textId="77777777" w:rsidR="0085620F" w:rsidRDefault="0085620F" w:rsidP="00A32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AD46082"/>
    <w:multiLevelType w:val="hybridMultilevel"/>
    <w:tmpl w:val="0144D4E8"/>
    <w:lvl w:ilvl="0" w:tplc="2EC6B4C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10752289">
    <w:abstractNumId w:val="8"/>
  </w:num>
  <w:num w:numId="2" w16cid:durableId="1422020723">
    <w:abstractNumId w:val="6"/>
  </w:num>
  <w:num w:numId="3" w16cid:durableId="1430199105">
    <w:abstractNumId w:val="5"/>
  </w:num>
  <w:num w:numId="4" w16cid:durableId="1903246131">
    <w:abstractNumId w:val="4"/>
  </w:num>
  <w:num w:numId="5" w16cid:durableId="885675908">
    <w:abstractNumId w:val="7"/>
  </w:num>
  <w:num w:numId="6" w16cid:durableId="1984772875">
    <w:abstractNumId w:val="3"/>
  </w:num>
  <w:num w:numId="7" w16cid:durableId="1272589440">
    <w:abstractNumId w:val="2"/>
  </w:num>
  <w:num w:numId="8" w16cid:durableId="1561475018">
    <w:abstractNumId w:val="1"/>
  </w:num>
  <w:num w:numId="9" w16cid:durableId="301468254">
    <w:abstractNumId w:val="0"/>
  </w:num>
  <w:num w:numId="10" w16cid:durableId="2472296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3CBE"/>
    <w:rsid w:val="00055255"/>
    <w:rsid w:val="0006063C"/>
    <w:rsid w:val="0015074B"/>
    <w:rsid w:val="0029639D"/>
    <w:rsid w:val="00326F90"/>
    <w:rsid w:val="00366EE2"/>
    <w:rsid w:val="003C13E8"/>
    <w:rsid w:val="003E466C"/>
    <w:rsid w:val="006D6B88"/>
    <w:rsid w:val="006F0C28"/>
    <w:rsid w:val="00772F9A"/>
    <w:rsid w:val="007E68EF"/>
    <w:rsid w:val="0085620F"/>
    <w:rsid w:val="0098090B"/>
    <w:rsid w:val="00A32108"/>
    <w:rsid w:val="00A578A9"/>
    <w:rsid w:val="00AA1D8D"/>
    <w:rsid w:val="00AD56E7"/>
    <w:rsid w:val="00B061EF"/>
    <w:rsid w:val="00B47730"/>
    <w:rsid w:val="00B71437"/>
    <w:rsid w:val="00C13181"/>
    <w:rsid w:val="00CB0664"/>
    <w:rsid w:val="00DA77D1"/>
    <w:rsid w:val="00EC6AFE"/>
    <w:rsid w:val="00FC693F"/>
    <w:rsid w:val="05B19ED5"/>
    <w:rsid w:val="75EC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062061"/>
  <w14:defaultImageDpi w14:val="300"/>
  <w15:docId w15:val="{2D5A3473-DA27-44CF-9CB2-8BAFE7394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Yu Gothic" w:eastAsia="Yu Gothic" w:hAnsi="Yu Gothic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122</Words>
  <Characters>700</Characters>
  <Application>Microsoft Office Word</Application>
  <DocSecurity>0</DocSecurity>
  <Lines>5</Lines>
  <Paragraphs>1</Paragraphs>
  <ScaleCrop>false</ScaleCrop>
  <Manager/>
  <Company/>
  <LinksUpToDate>false</LinksUpToDate>
  <CharactersWithSpaces>821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濱﨑　沙也香</dc:creator>
  <cp:keywords/>
  <dc:description>generated by python-docx</dc:description>
  <cp:lastModifiedBy>濱﨑　沙也香</cp:lastModifiedBy>
  <cp:revision>9</cp:revision>
  <dcterms:created xsi:type="dcterms:W3CDTF">2026-09-28T10:22:00Z</dcterms:created>
  <dcterms:modified xsi:type="dcterms:W3CDTF">2026-10-07T02:59:00Z</dcterms:modified>
  <cp:category/>
</cp:coreProperties>
</file>