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7A1D8" w14:textId="1A644207" w:rsidR="00D457A1" w:rsidRPr="00F6084A" w:rsidRDefault="00DD192C" w:rsidP="00F6084A">
      <w:pPr>
        <w:spacing w:line="240" w:lineRule="auto"/>
        <w:jc w:val="center"/>
        <w:rPr>
          <w:rFonts w:asciiTheme="minorEastAsia" w:hAnsiTheme="minorEastAsia"/>
          <w:lang w:eastAsia="ja-JP"/>
        </w:rPr>
      </w:pPr>
      <w:r>
        <w:rPr>
          <w:rFonts w:asciiTheme="minorEastAsia" w:hAnsiTheme="minorEastAsia" w:hint="eastAsia"/>
          <w:b/>
          <w:sz w:val="32"/>
          <w:lang w:eastAsia="ja-JP"/>
        </w:rPr>
        <w:t xml:space="preserve">令和８年熊本地震　</w:t>
      </w:r>
      <w:r w:rsidR="009C153C" w:rsidRPr="00F6084A">
        <w:rPr>
          <w:rFonts w:asciiTheme="minorEastAsia" w:hAnsiTheme="minorEastAsia"/>
          <w:b/>
          <w:sz w:val="32"/>
          <w:lang w:eastAsia="ja-JP"/>
        </w:rPr>
        <w:t>災害</w:t>
      </w:r>
      <w:r w:rsidR="00AA7E76">
        <w:rPr>
          <w:rFonts w:asciiTheme="minorEastAsia" w:hAnsiTheme="minorEastAsia" w:hint="eastAsia"/>
          <w:b/>
          <w:sz w:val="32"/>
          <w:lang w:eastAsia="ja-JP"/>
        </w:rPr>
        <w:t>がれき</w:t>
      </w:r>
      <w:r>
        <w:rPr>
          <w:rFonts w:asciiTheme="minorEastAsia" w:hAnsiTheme="minorEastAsia" w:hint="eastAsia"/>
          <w:b/>
          <w:sz w:val="32"/>
          <w:lang w:eastAsia="ja-JP"/>
        </w:rPr>
        <w:t>撤去</w:t>
      </w:r>
      <w:r w:rsidR="00D74D1A" w:rsidRPr="00F6084A">
        <w:rPr>
          <w:rFonts w:asciiTheme="minorEastAsia" w:hAnsiTheme="minorEastAsia" w:hint="eastAsia"/>
          <w:b/>
          <w:sz w:val="32"/>
          <w:lang w:eastAsia="ja-JP"/>
        </w:rPr>
        <w:t>依頼書</w:t>
      </w:r>
    </w:p>
    <w:p w14:paraId="522ED6F1" w14:textId="77777777" w:rsidR="000557A3" w:rsidRDefault="000557A3" w:rsidP="00D457A1">
      <w:pPr>
        <w:spacing w:line="240" w:lineRule="auto"/>
        <w:jc w:val="right"/>
        <w:rPr>
          <w:rFonts w:asciiTheme="minorEastAsia" w:hAnsiTheme="minorEastAsia"/>
          <w:lang w:eastAsia="ja-JP"/>
        </w:rPr>
      </w:pPr>
    </w:p>
    <w:p w14:paraId="057DD61F" w14:textId="38F9AE74" w:rsidR="00D457A1" w:rsidRPr="00F6084A" w:rsidRDefault="00AA7E76" w:rsidP="00D457A1">
      <w:pPr>
        <w:spacing w:line="240" w:lineRule="auto"/>
        <w:jc w:val="right"/>
        <w:rPr>
          <w:rFonts w:asciiTheme="minorEastAsia" w:hAnsiTheme="minorEastAsia"/>
          <w:lang w:eastAsia="zh-TW"/>
        </w:rPr>
      </w:pPr>
      <w:r>
        <w:rPr>
          <w:rFonts w:asciiTheme="minorEastAsia" w:hAnsiTheme="minorEastAsia" w:hint="eastAsia"/>
          <w:lang w:eastAsia="ja-JP"/>
        </w:rPr>
        <w:t>依頼</w:t>
      </w:r>
      <w:r w:rsidR="00D457A1" w:rsidRPr="00F6084A">
        <w:rPr>
          <w:rFonts w:asciiTheme="minorEastAsia" w:hAnsiTheme="minorEastAsia" w:hint="eastAsia"/>
          <w:lang w:eastAsia="zh-TW"/>
        </w:rPr>
        <w:t>日　令和</w:t>
      </w:r>
      <w:r>
        <w:rPr>
          <w:rFonts w:asciiTheme="minorEastAsia" w:hAnsiTheme="minorEastAsia" w:hint="eastAsia"/>
          <w:lang w:eastAsia="ja-JP"/>
        </w:rPr>
        <w:t xml:space="preserve">　　</w:t>
      </w:r>
      <w:r w:rsidR="00D457A1" w:rsidRPr="00F6084A">
        <w:rPr>
          <w:rFonts w:asciiTheme="minorEastAsia" w:hAnsiTheme="minorEastAsia" w:hint="eastAsia"/>
          <w:lang w:eastAsia="zh-TW"/>
        </w:rPr>
        <w:t>年　　月　　日</w:t>
      </w:r>
    </w:p>
    <w:p w14:paraId="30E2D771" w14:textId="77777777" w:rsidR="00B67CE7" w:rsidRPr="00AA7E76" w:rsidRDefault="00B67CE7" w:rsidP="00F6084A">
      <w:pPr>
        <w:spacing w:line="240" w:lineRule="auto"/>
        <w:ind w:firstLineChars="100" w:firstLine="240"/>
        <w:rPr>
          <w:rFonts w:asciiTheme="minorEastAsia" w:hAnsiTheme="minorEastAsia"/>
          <w:sz w:val="24"/>
          <w:szCs w:val="24"/>
          <w:lang w:eastAsia="zh-TW"/>
        </w:rPr>
      </w:pPr>
    </w:p>
    <w:p w14:paraId="13037699" w14:textId="3668052F" w:rsidR="00FC42B8" w:rsidRPr="00F6084A" w:rsidRDefault="00FC42B8" w:rsidP="00F6084A">
      <w:pPr>
        <w:spacing w:line="240" w:lineRule="auto"/>
        <w:ind w:firstLineChars="100" w:firstLine="240"/>
        <w:rPr>
          <w:rFonts w:asciiTheme="minorEastAsia" w:hAnsiTheme="minorEastAsia"/>
          <w:sz w:val="24"/>
          <w:szCs w:val="24"/>
          <w:lang w:eastAsia="ja-JP"/>
        </w:rPr>
      </w:pPr>
      <w:r w:rsidRPr="00F6084A">
        <w:rPr>
          <w:rFonts w:asciiTheme="minorEastAsia" w:hAnsiTheme="minorEastAsia" w:hint="eastAsia"/>
          <w:sz w:val="24"/>
          <w:szCs w:val="24"/>
          <w:lang w:eastAsia="ja-JP"/>
        </w:rPr>
        <w:t>以下の</w:t>
      </w:r>
      <w:r w:rsidR="00DD192C">
        <w:rPr>
          <w:rFonts w:asciiTheme="minorEastAsia" w:hAnsiTheme="minorEastAsia" w:hint="eastAsia"/>
          <w:sz w:val="24"/>
          <w:szCs w:val="24"/>
          <w:lang w:eastAsia="ja-JP"/>
        </w:rPr>
        <w:t>とお</w:t>
      </w:r>
      <w:r w:rsidRPr="00F6084A">
        <w:rPr>
          <w:rFonts w:asciiTheme="minorEastAsia" w:hAnsiTheme="minorEastAsia" w:hint="eastAsia"/>
          <w:sz w:val="24"/>
          <w:szCs w:val="24"/>
          <w:lang w:eastAsia="ja-JP"/>
        </w:rPr>
        <w:t>り、災害廃棄物として</w:t>
      </w:r>
      <w:r w:rsidR="00956CB6">
        <w:rPr>
          <w:rFonts w:asciiTheme="minorEastAsia" w:hAnsiTheme="minorEastAsia" w:hint="eastAsia"/>
          <w:sz w:val="24"/>
          <w:szCs w:val="24"/>
          <w:lang w:eastAsia="ja-JP"/>
        </w:rPr>
        <w:t>収集・処分</w:t>
      </w:r>
      <w:r w:rsidRPr="00F6084A">
        <w:rPr>
          <w:rFonts w:asciiTheme="minorEastAsia" w:hAnsiTheme="minorEastAsia" w:hint="eastAsia"/>
          <w:sz w:val="24"/>
          <w:szCs w:val="24"/>
          <w:lang w:eastAsia="ja-JP"/>
        </w:rPr>
        <w:t>することを依頼します。</w:t>
      </w:r>
    </w:p>
    <w:p w14:paraId="248C47DE" w14:textId="3DA0DE7F" w:rsidR="002202F2" w:rsidRPr="00960DD2" w:rsidRDefault="00494761" w:rsidP="00D457A1">
      <w:pPr>
        <w:spacing w:line="240" w:lineRule="auto"/>
        <w:rPr>
          <w:rFonts w:asciiTheme="minorEastAsia" w:hAnsiTheme="minorEastAsia"/>
          <w:b/>
          <w:bCs/>
          <w:sz w:val="28"/>
          <w:szCs w:val="28"/>
          <w:lang w:eastAsia="ja-JP"/>
        </w:rPr>
      </w:pPr>
      <w:r w:rsidRPr="00960DD2">
        <w:rPr>
          <w:rFonts w:asciiTheme="minorEastAsia" w:hAnsiTheme="minorEastAsia" w:hint="eastAsia"/>
          <w:b/>
          <w:bCs/>
          <w:sz w:val="28"/>
          <w:szCs w:val="28"/>
          <w:lang w:eastAsia="ja-JP"/>
        </w:rPr>
        <w:t>１</w:t>
      </w:r>
      <w:r w:rsidR="00960DD2">
        <w:rPr>
          <w:rFonts w:asciiTheme="minorEastAsia" w:hAnsiTheme="minorEastAsia" w:hint="eastAsia"/>
          <w:b/>
          <w:bCs/>
          <w:sz w:val="28"/>
          <w:szCs w:val="28"/>
          <w:lang w:eastAsia="ja-JP"/>
        </w:rPr>
        <w:t xml:space="preserve"> </w:t>
      </w:r>
      <w:r w:rsidRPr="00960DD2">
        <w:rPr>
          <w:rFonts w:asciiTheme="minorEastAsia" w:hAnsiTheme="minorEastAsia" w:hint="eastAsia"/>
          <w:b/>
          <w:bCs/>
          <w:sz w:val="28"/>
          <w:szCs w:val="28"/>
          <w:lang w:eastAsia="ja-JP"/>
        </w:rPr>
        <w:t>依頼者</w:t>
      </w:r>
    </w:p>
    <w:tbl>
      <w:tblPr>
        <w:tblStyle w:val="afe"/>
        <w:tblW w:w="0" w:type="auto"/>
        <w:jc w:val="center"/>
        <w:tblLook w:val="04A0" w:firstRow="1" w:lastRow="0" w:firstColumn="1" w:lastColumn="0" w:noHBand="0" w:noVBand="1"/>
      </w:tblPr>
      <w:tblGrid>
        <w:gridCol w:w="2160"/>
        <w:gridCol w:w="6480"/>
      </w:tblGrid>
      <w:tr w:rsidR="00AA7E76" w:rsidRPr="00F6084A" w14:paraId="03812A50" w14:textId="77777777" w:rsidTr="00917281">
        <w:trPr>
          <w:trHeight w:val="567"/>
          <w:jc w:val="center"/>
        </w:trPr>
        <w:tc>
          <w:tcPr>
            <w:tcW w:w="2160" w:type="dxa"/>
            <w:vAlign w:val="center"/>
          </w:tcPr>
          <w:p w14:paraId="3CB6F776" w14:textId="0F14E73B" w:rsidR="00AA7E76" w:rsidRPr="00F6084A" w:rsidRDefault="00AA7E76" w:rsidP="00AA7E76">
            <w:pPr>
              <w:jc w:val="center"/>
              <w:rPr>
                <w:rFonts w:asciiTheme="minorEastAsia" w:hAnsiTheme="minorEastAsia" w:hint="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区分</w:t>
            </w:r>
          </w:p>
        </w:tc>
        <w:tc>
          <w:tcPr>
            <w:tcW w:w="6480" w:type="dxa"/>
            <w:vAlign w:val="center"/>
          </w:tcPr>
          <w:p w14:paraId="52403013" w14:textId="1E25504C" w:rsidR="00AA7E76" w:rsidRPr="00F6084A" w:rsidRDefault="00AA7E76" w:rsidP="00AA7E76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lang w:eastAsia="ja-JP"/>
              </w:rPr>
              <w:t xml:space="preserve">□個人　</w:t>
            </w:r>
            <w:r>
              <w:rPr>
                <w:rFonts w:asciiTheme="minorEastAsia" w:hAnsiTheme="minorEastAsia" w:hint="eastAsia"/>
                <w:lang w:eastAsia="ja-JP"/>
              </w:rPr>
              <w:t xml:space="preserve">　</w:t>
            </w:r>
            <w:r>
              <w:rPr>
                <w:rFonts w:asciiTheme="minorEastAsia" w:hAnsiTheme="minorEastAsia" w:hint="eastAsia"/>
                <w:lang w:eastAsia="ja-JP"/>
              </w:rPr>
              <w:t>□事業所</w:t>
            </w:r>
          </w:p>
        </w:tc>
      </w:tr>
      <w:tr w:rsidR="00AA7E76" w:rsidRPr="00F6084A" w14:paraId="228CFDCB" w14:textId="77777777" w:rsidTr="00AA7E76">
        <w:trPr>
          <w:trHeight w:val="638"/>
          <w:jc w:val="center"/>
        </w:trPr>
        <w:tc>
          <w:tcPr>
            <w:tcW w:w="2160" w:type="dxa"/>
            <w:vAlign w:val="center"/>
          </w:tcPr>
          <w:p w14:paraId="0D40F7A3" w14:textId="204DE43C" w:rsidR="00AA7E76" w:rsidRPr="00F6084A" w:rsidRDefault="00AA7E76" w:rsidP="00AA7E76">
            <w:pPr>
              <w:jc w:val="center"/>
              <w:rPr>
                <w:rFonts w:asciiTheme="minorEastAsia" w:hAnsiTheme="minorEastAsia" w:hint="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事業所名</w:t>
            </w:r>
          </w:p>
        </w:tc>
        <w:tc>
          <w:tcPr>
            <w:tcW w:w="6480" w:type="dxa"/>
          </w:tcPr>
          <w:p w14:paraId="2997481B" w14:textId="0DB98372" w:rsidR="00AA7E76" w:rsidRPr="00AA7E76" w:rsidRDefault="00AA7E76" w:rsidP="00AA7E76">
            <w:pPr>
              <w:rPr>
                <w:rFonts w:asciiTheme="minorEastAsia" w:hAnsiTheme="minorEastAsia"/>
                <w:sz w:val="16"/>
                <w:szCs w:val="16"/>
                <w:lang w:eastAsia="ja-JP"/>
              </w:rPr>
            </w:pPr>
            <w:r>
              <w:rPr>
                <w:rFonts w:asciiTheme="minorEastAsia" w:hAnsiTheme="minorEastAsia" w:hint="eastAsia"/>
                <w:sz w:val="16"/>
                <w:szCs w:val="16"/>
                <w:lang w:eastAsia="ja-JP"/>
              </w:rPr>
              <w:t>（※上記区分が事業所の場合のみ記入）</w:t>
            </w:r>
          </w:p>
          <w:p w14:paraId="1068E104" w14:textId="77777777" w:rsidR="00AA7E76" w:rsidRPr="00AA7E76" w:rsidRDefault="00AA7E76" w:rsidP="00AA7E76">
            <w:pPr>
              <w:rPr>
                <w:rFonts w:asciiTheme="minorEastAsia" w:hAnsiTheme="minorEastAsia" w:hint="eastAsia"/>
                <w:lang w:eastAsia="ja-JP"/>
              </w:rPr>
            </w:pPr>
          </w:p>
        </w:tc>
      </w:tr>
      <w:tr w:rsidR="002202F2" w:rsidRPr="00F6084A" w14:paraId="73E34719" w14:textId="77777777" w:rsidTr="00B67CE7">
        <w:trPr>
          <w:trHeight w:val="567"/>
          <w:jc w:val="center"/>
        </w:trPr>
        <w:tc>
          <w:tcPr>
            <w:tcW w:w="2160" w:type="dxa"/>
            <w:vAlign w:val="center"/>
          </w:tcPr>
          <w:p w14:paraId="0ACEE39E" w14:textId="768E17A5" w:rsidR="002202F2" w:rsidRPr="00F6084A" w:rsidRDefault="00D457A1" w:rsidP="00F6084A">
            <w:pPr>
              <w:jc w:val="center"/>
              <w:rPr>
                <w:rFonts w:asciiTheme="minorEastAsia" w:hAnsiTheme="minorEastAsia"/>
                <w:lang w:eastAsia="ja-JP"/>
              </w:rPr>
            </w:pPr>
            <w:r w:rsidRPr="00F6084A">
              <w:rPr>
                <w:rFonts w:asciiTheme="minorEastAsia" w:hAnsiTheme="minorEastAsia" w:hint="eastAsia"/>
                <w:lang w:eastAsia="ja-JP"/>
              </w:rPr>
              <w:t>ふりがな</w:t>
            </w:r>
          </w:p>
        </w:tc>
        <w:tc>
          <w:tcPr>
            <w:tcW w:w="6480" w:type="dxa"/>
          </w:tcPr>
          <w:p w14:paraId="3DFED2A1" w14:textId="77777777" w:rsidR="002202F2" w:rsidRPr="00F6084A" w:rsidRDefault="002202F2" w:rsidP="00D457A1">
            <w:pPr>
              <w:rPr>
                <w:rFonts w:asciiTheme="minorEastAsia" w:hAnsiTheme="minorEastAsia"/>
              </w:rPr>
            </w:pPr>
          </w:p>
        </w:tc>
      </w:tr>
      <w:tr w:rsidR="002202F2" w:rsidRPr="00F6084A" w14:paraId="6245A8B0" w14:textId="77777777" w:rsidTr="00B67CE7">
        <w:trPr>
          <w:trHeight w:val="567"/>
          <w:jc w:val="center"/>
        </w:trPr>
        <w:tc>
          <w:tcPr>
            <w:tcW w:w="2160" w:type="dxa"/>
            <w:vAlign w:val="center"/>
          </w:tcPr>
          <w:p w14:paraId="712B7766" w14:textId="33B739C1" w:rsidR="002202F2" w:rsidRPr="00F6084A" w:rsidRDefault="00D457A1" w:rsidP="00F6084A">
            <w:pPr>
              <w:jc w:val="center"/>
              <w:rPr>
                <w:rFonts w:asciiTheme="minorEastAsia" w:hAnsiTheme="minorEastAsia"/>
                <w:lang w:eastAsia="ja-JP"/>
              </w:rPr>
            </w:pPr>
            <w:r w:rsidRPr="00F6084A">
              <w:rPr>
                <w:rFonts w:asciiTheme="minorEastAsia" w:hAnsiTheme="minorEastAsia" w:hint="eastAsia"/>
                <w:lang w:eastAsia="ja-JP"/>
              </w:rPr>
              <w:t>氏名</w:t>
            </w:r>
          </w:p>
        </w:tc>
        <w:tc>
          <w:tcPr>
            <w:tcW w:w="6480" w:type="dxa"/>
          </w:tcPr>
          <w:p w14:paraId="2B9084DC" w14:textId="77777777" w:rsidR="002202F2" w:rsidRPr="00F6084A" w:rsidRDefault="002202F2" w:rsidP="00D457A1">
            <w:pPr>
              <w:rPr>
                <w:rFonts w:asciiTheme="minorEastAsia" w:hAnsiTheme="minorEastAsia"/>
              </w:rPr>
            </w:pPr>
          </w:p>
        </w:tc>
      </w:tr>
      <w:tr w:rsidR="002202F2" w:rsidRPr="00F6084A" w14:paraId="6819E1BC" w14:textId="77777777" w:rsidTr="00B67CE7">
        <w:trPr>
          <w:trHeight w:val="567"/>
          <w:jc w:val="center"/>
        </w:trPr>
        <w:tc>
          <w:tcPr>
            <w:tcW w:w="2160" w:type="dxa"/>
            <w:vAlign w:val="center"/>
          </w:tcPr>
          <w:p w14:paraId="25654DB1" w14:textId="3FE0873E" w:rsidR="002202F2" w:rsidRPr="00F6084A" w:rsidRDefault="009C153C" w:rsidP="00F6084A">
            <w:pPr>
              <w:jc w:val="center"/>
              <w:rPr>
                <w:rFonts w:asciiTheme="minorEastAsia" w:hAnsiTheme="minorEastAsia" w:hint="eastAsia"/>
                <w:lang w:eastAsia="ja-JP"/>
              </w:rPr>
            </w:pPr>
            <w:proofErr w:type="spellStart"/>
            <w:r w:rsidRPr="00F6084A">
              <w:rPr>
                <w:rFonts w:asciiTheme="minorEastAsia" w:hAnsiTheme="minorEastAsia"/>
              </w:rPr>
              <w:t>電話</w:t>
            </w:r>
            <w:proofErr w:type="spellEnd"/>
          </w:p>
        </w:tc>
        <w:tc>
          <w:tcPr>
            <w:tcW w:w="6480" w:type="dxa"/>
          </w:tcPr>
          <w:p w14:paraId="3A624C67" w14:textId="77777777" w:rsidR="002202F2" w:rsidRPr="00F6084A" w:rsidRDefault="002202F2" w:rsidP="00D457A1">
            <w:pPr>
              <w:rPr>
                <w:rFonts w:asciiTheme="minorEastAsia" w:hAnsiTheme="minorEastAsia"/>
              </w:rPr>
            </w:pPr>
          </w:p>
        </w:tc>
      </w:tr>
      <w:tr w:rsidR="002202F2" w:rsidRPr="00F6084A" w14:paraId="0C2D8C5D" w14:textId="77777777" w:rsidTr="00B67CE7">
        <w:trPr>
          <w:trHeight w:val="567"/>
          <w:jc w:val="center"/>
        </w:trPr>
        <w:tc>
          <w:tcPr>
            <w:tcW w:w="2160" w:type="dxa"/>
            <w:vAlign w:val="center"/>
          </w:tcPr>
          <w:p w14:paraId="43F5CCBA" w14:textId="77777777" w:rsidR="002202F2" w:rsidRPr="00F6084A" w:rsidRDefault="009C153C" w:rsidP="00F6084A">
            <w:pPr>
              <w:jc w:val="center"/>
              <w:rPr>
                <w:rFonts w:asciiTheme="minorEastAsia" w:hAnsiTheme="minorEastAsia"/>
              </w:rPr>
            </w:pPr>
            <w:proofErr w:type="spellStart"/>
            <w:r w:rsidRPr="00F6084A">
              <w:rPr>
                <w:rFonts w:asciiTheme="minorEastAsia" w:hAnsiTheme="minorEastAsia"/>
              </w:rPr>
              <w:t>メール</w:t>
            </w:r>
            <w:proofErr w:type="spellEnd"/>
          </w:p>
        </w:tc>
        <w:tc>
          <w:tcPr>
            <w:tcW w:w="6480" w:type="dxa"/>
          </w:tcPr>
          <w:p w14:paraId="47BBD6D5" w14:textId="77777777" w:rsidR="002202F2" w:rsidRPr="00F6084A" w:rsidRDefault="002202F2" w:rsidP="00D457A1">
            <w:pPr>
              <w:rPr>
                <w:rFonts w:asciiTheme="minorEastAsia" w:hAnsiTheme="minorEastAsia"/>
              </w:rPr>
            </w:pPr>
          </w:p>
        </w:tc>
      </w:tr>
      <w:tr w:rsidR="00D457A1" w:rsidRPr="00F6084A" w14:paraId="7B1AC46E" w14:textId="77777777" w:rsidTr="00B67CE7">
        <w:trPr>
          <w:trHeight w:val="567"/>
          <w:jc w:val="center"/>
        </w:trPr>
        <w:tc>
          <w:tcPr>
            <w:tcW w:w="2160" w:type="dxa"/>
            <w:vMerge w:val="restart"/>
            <w:vAlign w:val="center"/>
          </w:tcPr>
          <w:p w14:paraId="4A6E7D3D" w14:textId="77777777" w:rsidR="00D457A1" w:rsidRPr="00F6084A" w:rsidRDefault="00D457A1" w:rsidP="00F6084A">
            <w:pPr>
              <w:jc w:val="center"/>
              <w:rPr>
                <w:rFonts w:asciiTheme="minorEastAsia" w:hAnsiTheme="minorEastAsia"/>
              </w:rPr>
            </w:pPr>
            <w:proofErr w:type="spellStart"/>
            <w:r w:rsidRPr="00F6084A">
              <w:rPr>
                <w:rFonts w:asciiTheme="minorEastAsia" w:hAnsiTheme="minorEastAsia"/>
              </w:rPr>
              <w:t>住所</w:t>
            </w:r>
            <w:proofErr w:type="spellEnd"/>
          </w:p>
        </w:tc>
        <w:tc>
          <w:tcPr>
            <w:tcW w:w="6480" w:type="dxa"/>
            <w:vAlign w:val="center"/>
          </w:tcPr>
          <w:p w14:paraId="0BC76282" w14:textId="1EF04636" w:rsidR="00D457A1" w:rsidRPr="00F6084A" w:rsidRDefault="00D457A1" w:rsidP="008F4B04">
            <w:pPr>
              <w:jc w:val="both"/>
              <w:rPr>
                <w:rFonts w:asciiTheme="minorEastAsia" w:hAnsiTheme="minorEastAsia"/>
                <w:lang w:eastAsia="ja-JP"/>
              </w:rPr>
            </w:pPr>
            <w:r w:rsidRPr="00F6084A">
              <w:rPr>
                <w:rFonts w:asciiTheme="minorEastAsia" w:hAnsiTheme="minorEastAsia"/>
                <w:lang w:eastAsia="ja-JP"/>
              </w:rPr>
              <w:t>〒</w:t>
            </w:r>
            <w:r w:rsidRPr="00F6084A">
              <w:rPr>
                <w:rFonts w:asciiTheme="minorEastAsia" w:hAnsiTheme="minorEastAsia" w:hint="eastAsia"/>
                <w:lang w:eastAsia="ja-JP"/>
              </w:rPr>
              <w:t xml:space="preserve">　　</w:t>
            </w:r>
            <w:r w:rsidR="008B0AAF">
              <w:rPr>
                <w:rFonts w:asciiTheme="minorEastAsia" w:hAnsiTheme="minorEastAsia" w:hint="eastAsia"/>
                <w:lang w:eastAsia="ja-JP"/>
              </w:rPr>
              <w:t xml:space="preserve">　</w:t>
            </w:r>
            <w:r w:rsidRPr="00F6084A">
              <w:rPr>
                <w:rFonts w:asciiTheme="minorEastAsia" w:hAnsiTheme="minorEastAsia" w:hint="eastAsia"/>
                <w:lang w:eastAsia="ja-JP"/>
              </w:rPr>
              <w:t xml:space="preserve">-　　　</w:t>
            </w:r>
            <w:r w:rsidR="008B0AAF">
              <w:rPr>
                <w:rFonts w:asciiTheme="minorEastAsia" w:hAnsiTheme="minorEastAsia" w:hint="eastAsia"/>
                <w:lang w:eastAsia="ja-JP"/>
              </w:rPr>
              <w:t xml:space="preserve">　　</w:t>
            </w:r>
            <w:r w:rsidRPr="00F6084A">
              <w:rPr>
                <w:rFonts w:asciiTheme="minorEastAsia" w:hAnsiTheme="minorEastAsia" w:hint="eastAsia"/>
                <w:lang w:eastAsia="ja-JP"/>
              </w:rPr>
              <w:t>熊本市</w:t>
            </w:r>
            <w:r w:rsidR="00B67CE7">
              <w:rPr>
                <w:rFonts w:asciiTheme="minorEastAsia" w:hAnsiTheme="minorEastAsia" w:hint="eastAsia"/>
                <w:lang w:eastAsia="ja-JP"/>
              </w:rPr>
              <w:t xml:space="preserve">　</w:t>
            </w:r>
            <w:r w:rsidR="008B0AAF">
              <w:rPr>
                <w:rFonts w:asciiTheme="minorEastAsia" w:hAnsiTheme="minorEastAsia" w:hint="eastAsia"/>
                <w:lang w:eastAsia="ja-JP"/>
              </w:rPr>
              <w:t xml:space="preserve">　</w:t>
            </w:r>
            <w:r w:rsidR="00B67CE7">
              <w:rPr>
                <w:rFonts w:asciiTheme="minorEastAsia" w:hAnsiTheme="minorEastAsia" w:hint="eastAsia"/>
                <w:lang w:eastAsia="ja-JP"/>
              </w:rPr>
              <w:t xml:space="preserve">　</w:t>
            </w:r>
            <w:r w:rsidR="00AA7E76">
              <w:rPr>
                <w:rFonts w:asciiTheme="minorEastAsia" w:hAnsiTheme="minorEastAsia" w:hint="eastAsia"/>
                <w:lang w:eastAsia="ja-JP"/>
              </w:rPr>
              <w:t xml:space="preserve">　</w:t>
            </w:r>
            <w:r w:rsidR="00B67CE7">
              <w:rPr>
                <w:rFonts w:asciiTheme="minorEastAsia" w:hAnsiTheme="minorEastAsia" w:hint="eastAsia"/>
                <w:lang w:eastAsia="ja-JP"/>
              </w:rPr>
              <w:t>区</w:t>
            </w:r>
          </w:p>
        </w:tc>
      </w:tr>
      <w:tr w:rsidR="00D457A1" w:rsidRPr="00F6084A" w14:paraId="764F6626" w14:textId="77777777" w:rsidTr="00B67CE7">
        <w:trPr>
          <w:trHeight w:val="567"/>
          <w:jc w:val="center"/>
        </w:trPr>
        <w:tc>
          <w:tcPr>
            <w:tcW w:w="2160" w:type="dxa"/>
            <w:vMerge/>
          </w:tcPr>
          <w:p w14:paraId="4A940B2F" w14:textId="77777777" w:rsidR="00D457A1" w:rsidRPr="00F6084A" w:rsidRDefault="00D457A1" w:rsidP="00D457A1">
            <w:pPr>
              <w:rPr>
                <w:rFonts w:asciiTheme="minorEastAsia" w:hAnsiTheme="minorEastAsia"/>
                <w:lang w:eastAsia="ja-JP"/>
              </w:rPr>
            </w:pPr>
          </w:p>
        </w:tc>
        <w:tc>
          <w:tcPr>
            <w:tcW w:w="6480" w:type="dxa"/>
          </w:tcPr>
          <w:p w14:paraId="2C7DEF3B" w14:textId="77777777" w:rsidR="00D457A1" w:rsidRPr="002B205E" w:rsidRDefault="00D457A1" w:rsidP="00D457A1">
            <w:pPr>
              <w:rPr>
                <w:rFonts w:asciiTheme="minorEastAsia" w:hAnsiTheme="minorEastAsia"/>
                <w:lang w:eastAsia="ja-JP"/>
              </w:rPr>
            </w:pPr>
          </w:p>
        </w:tc>
      </w:tr>
    </w:tbl>
    <w:p w14:paraId="22198F70" w14:textId="77777777" w:rsidR="00B67CE7" w:rsidRDefault="00B67CE7" w:rsidP="00D457A1">
      <w:pPr>
        <w:spacing w:line="240" w:lineRule="auto"/>
        <w:rPr>
          <w:rFonts w:asciiTheme="minorEastAsia" w:hAnsiTheme="minorEastAsia"/>
          <w:b/>
          <w:bCs/>
          <w:sz w:val="28"/>
          <w:szCs w:val="28"/>
          <w:lang w:eastAsia="ja-JP"/>
        </w:rPr>
      </w:pPr>
    </w:p>
    <w:p w14:paraId="5F76859B" w14:textId="3B181257" w:rsidR="00D457A1" w:rsidRPr="00F6084A" w:rsidRDefault="00D457A1" w:rsidP="00D457A1">
      <w:pPr>
        <w:spacing w:line="240" w:lineRule="auto"/>
        <w:rPr>
          <w:rFonts w:asciiTheme="minorEastAsia" w:hAnsiTheme="minorEastAsia"/>
          <w:lang w:eastAsia="ja-JP"/>
        </w:rPr>
      </w:pPr>
      <w:r w:rsidRPr="00F6084A">
        <w:rPr>
          <w:rFonts w:asciiTheme="minorEastAsia" w:hAnsiTheme="minorEastAsia" w:hint="eastAsia"/>
          <w:b/>
          <w:bCs/>
          <w:sz w:val="28"/>
          <w:szCs w:val="28"/>
          <w:lang w:eastAsia="ja-JP"/>
        </w:rPr>
        <w:t>２</w:t>
      </w:r>
      <w:r w:rsidR="00960DD2">
        <w:rPr>
          <w:rFonts w:asciiTheme="minorEastAsia" w:hAnsiTheme="minorEastAsia" w:hint="eastAsia"/>
          <w:b/>
          <w:bCs/>
          <w:sz w:val="28"/>
          <w:szCs w:val="28"/>
          <w:lang w:eastAsia="ja-JP"/>
        </w:rPr>
        <w:t xml:space="preserve"> </w:t>
      </w:r>
      <w:r w:rsidR="00494761" w:rsidRPr="00F6084A">
        <w:rPr>
          <w:rFonts w:asciiTheme="minorEastAsia" w:hAnsiTheme="minorEastAsia" w:hint="eastAsia"/>
          <w:b/>
          <w:bCs/>
          <w:sz w:val="28"/>
          <w:szCs w:val="28"/>
          <w:lang w:eastAsia="ja-JP"/>
        </w:rPr>
        <w:t>所有者</w:t>
      </w:r>
      <w:r w:rsidR="00494761" w:rsidRPr="00F6084A">
        <w:rPr>
          <w:rFonts w:asciiTheme="minorEastAsia" w:hAnsiTheme="minorEastAsia" w:hint="eastAsia"/>
          <w:sz w:val="28"/>
          <w:szCs w:val="28"/>
          <w:lang w:eastAsia="ja-JP"/>
        </w:rPr>
        <w:t xml:space="preserve">　</w:t>
      </w:r>
      <w:r w:rsidR="00494761" w:rsidRPr="00F6084A">
        <w:rPr>
          <w:rFonts w:asciiTheme="minorEastAsia" w:hAnsiTheme="minorEastAsia" w:hint="eastAsia"/>
          <w:lang w:eastAsia="ja-JP"/>
        </w:rPr>
        <w:t xml:space="preserve">　　</w:t>
      </w:r>
      <w:r w:rsidR="005B740D" w:rsidRPr="00F6084A">
        <w:rPr>
          <w:rFonts w:asciiTheme="minorEastAsia" w:hAnsiTheme="minorEastAsia" w:hint="eastAsia"/>
          <w:lang w:eastAsia="ja-JP"/>
        </w:rPr>
        <w:t>□</w:t>
      </w:r>
      <w:r w:rsidR="00880363">
        <w:rPr>
          <w:rFonts w:asciiTheme="minorEastAsia" w:hAnsiTheme="minorEastAsia" w:hint="eastAsia"/>
          <w:lang w:eastAsia="ja-JP"/>
        </w:rPr>
        <w:t>依頼</w:t>
      </w:r>
      <w:r w:rsidR="005B740D" w:rsidRPr="00F6084A">
        <w:rPr>
          <w:rFonts w:asciiTheme="minorEastAsia" w:hAnsiTheme="minorEastAsia" w:hint="eastAsia"/>
          <w:lang w:eastAsia="ja-JP"/>
        </w:rPr>
        <w:t>者と同じ</w:t>
      </w:r>
      <w:r w:rsidR="00AA7E76">
        <w:rPr>
          <w:rFonts w:asciiTheme="minorEastAsia" w:hAnsiTheme="minorEastAsia" w:hint="eastAsia"/>
          <w:lang w:eastAsia="ja-JP"/>
        </w:rPr>
        <w:t>（所有者欄記載不要）</w:t>
      </w:r>
    </w:p>
    <w:tbl>
      <w:tblPr>
        <w:tblStyle w:val="afe"/>
        <w:tblW w:w="0" w:type="auto"/>
        <w:jc w:val="center"/>
        <w:tblLook w:val="04A0" w:firstRow="1" w:lastRow="0" w:firstColumn="1" w:lastColumn="0" w:noHBand="0" w:noVBand="1"/>
      </w:tblPr>
      <w:tblGrid>
        <w:gridCol w:w="2160"/>
        <w:gridCol w:w="6480"/>
      </w:tblGrid>
      <w:tr w:rsidR="00D457A1" w:rsidRPr="00F6084A" w14:paraId="271827F7" w14:textId="77777777" w:rsidTr="00B67CE7">
        <w:trPr>
          <w:trHeight w:val="567"/>
          <w:jc w:val="center"/>
        </w:trPr>
        <w:tc>
          <w:tcPr>
            <w:tcW w:w="2160" w:type="dxa"/>
            <w:vAlign w:val="center"/>
          </w:tcPr>
          <w:p w14:paraId="60FD48C6" w14:textId="77777777" w:rsidR="00D457A1" w:rsidRPr="00F6084A" w:rsidRDefault="00D457A1" w:rsidP="00F6084A">
            <w:pPr>
              <w:jc w:val="center"/>
              <w:rPr>
                <w:rFonts w:asciiTheme="minorEastAsia" w:hAnsiTheme="minorEastAsia"/>
                <w:lang w:eastAsia="ja-JP"/>
              </w:rPr>
            </w:pPr>
            <w:r w:rsidRPr="00F6084A">
              <w:rPr>
                <w:rFonts w:asciiTheme="minorEastAsia" w:hAnsiTheme="minorEastAsia" w:hint="eastAsia"/>
                <w:lang w:eastAsia="ja-JP"/>
              </w:rPr>
              <w:t>ふりがな</w:t>
            </w:r>
          </w:p>
        </w:tc>
        <w:tc>
          <w:tcPr>
            <w:tcW w:w="6480" w:type="dxa"/>
          </w:tcPr>
          <w:p w14:paraId="6FDDB290" w14:textId="77777777" w:rsidR="00D457A1" w:rsidRPr="00F6084A" w:rsidRDefault="00D457A1" w:rsidP="00D457A1">
            <w:pPr>
              <w:rPr>
                <w:rFonts w:asciiTheme="minorEastAsia" w:hAnsiTheme="minorEastAsia"/>
              </w:rPr>
            </w:pPr>
          </w:p>
        </w:tc>
      </w:tr>
      <w:tr w:rsidR="00D457A1" w:rsidRPr="00F6084A" w14:paraId="3D1C1AED" w14:textId="77777777" w:rsidTr="00B67CE7">
        <w:trPr>
          <w:trHeight w:val="567"/>
          <w:jc w:val="center"/>
        </w:trPr>
        <w:tc>
          <w:tcPr>
            <w:tcW w:w="2160" w:type="dxa"/>
            <w:vAlign w:val="center"/>
          </w:tcPr>
          <w:p w14:paraId="64C1E6B3" w14:textId="77777777" w:rsidR="00D457A1" w:rsidRPr="00F6084A" w:rsidRDefault="00D457A1" w:rsidP="00F6084A">
            <w:pPr>
              <w:jc w:val="center"/>
              <w:rPr>
                <w:rFonts w:asciiTheme="minorEastAsia" w:hAnsiTheme="minorEastAsia"/>
                <w:lang w:eastAsia="ja-JP"/>
              </w:rPr>
            </w:pPr>
            <w:r w:rsidRPr="00F6084A">
              <w:rPr>
                <w:rFonts w:asciiTheme="minorEastAsia" w:hAnsiTheme="minorEastAsia" w:hint="eastAsia"/>
                <w:lang w:eastAsia="ja-JP"/>
              </w:rPr>
              <w:t>氏名</w:t>
            </w:r>
          </w:p>
        </w:tc>
        <w:tc>
          <w:tcPr>
            <w:tcW w:w="6480" w:type="dxa"/>
          </w:tcPr>
          <w:p w14:paraId="7DBC552A" w14:textId="77777777" w:rsidR="00D457A1" w:rsidRPr="00F6084A" w:rsidRDefault="00D457A1" w:rsidP="00D457A1">
            <w:pPr>
              <w:rPr>
                <w:rFonts w:asciiTheme="minorEastAsia" w:hAnsiTheme="minorEastAsia"/>
              </w:rPr>
            </w:pPr>
          </w:p>
        </w:tc>
      </w:tr>
      <w:tr w:rsidR="00D457A1" w:rsidRPr="00F6084A" w14:paraId="223D645A" w14:textId="77777777" w:rsidTr="00B67CE7">
        <w:trPr>
          <w:trHeight w:val="567"/>
          <w:jc w:val="center"/>
        </w:trPr>
        <w:tc>
          <w:tcPr>
            <w:tcW w:w="2160" w:type="dxa"/>
            <w:vAlign w:val="center"/>
          </w:tcPr>
          <w:p w14:paraId="7A41DADF" w14:textId="1627BBFE" w:rsidR="00D457A1" w:rsidRPr="00F6084A" w:rsidRDefault="00D457A1" w:rsidP="00F6084A">
            <w:pPr>
              <w:jc w:val="center"/>
              <w:rPr>
                <w:rFonts w:asciiTheme="minorEastAsia" w:hAnsiTheme="minorEastAsia" w:hint="eastAsia"/>
                <w:lang w:eastAsia="ja-JP"/>
              </w:rPr>
            </w:pPr>
            <w:proofErr w:type="spellStart"/>
            <w:r w:rsidRPr="00F6084A">
              <w:rPr>
                <w:rFonts w:asciiTheme="minorEastAsia" w:hAnsiTheme="minorEastAsia"/>
              </w:rPr>
              <w:t>電話</w:t>
            </w:r>
            <w:proofErr w:type="spellEnd"/>
          </w:p>
        </w:tc>
        <w:tc>
          <w:tcPr>
            <w:tcW w:w="6480" w:type="dxa"/>
          </w:tcPr>
          <w:p w14:paraId="4B76A8FA" w14:textId="77777777" w:rsidR="00D457A1" w:rsidRPr="00F6084A" w:rsidRDefault="00D457A1" w:rsidP="00D457A1">
            <w:pPr>
              <w:rPr>
                <w:rFonts w:asciiTheme="minorEastAsia" w:hAnsiTheme="minorEastAsia"/>
              </w:rPr>
            </w:pPr>
          </w:p>
        </w:tc>
      </w:tr>
      <w:tr w:rsidR="00D457A1" w:rsidRPr="00F6084A" w14:paraId="184EF8B8" w14:textId="77777777" w:rsidTr="00B67CE7">
        <w:trPr>
          <w:trHeight w:val="567"/>
          <w:jc w:val="center"/>
        </w:trPr>
        <w:tc>
          <w:tcPr>
            <w:tcW w:w="2160" w:type="dxa"/>
            <w:vAlign w:val="center"/>
          </w:tcPr>
          <w:p w14:paraId="0EB8ED3D" w14:textId="77777777" w:rsidR="00D457A1" w:rsidRPr="00F6084A" w:rsidRDefault="00D457A1" w:rsidP="00F6084A">
            <w:pPr>
              <w:jc w:val="center"/>
              <w:rPr>
                <w:rFonts w:asciiTheme="minorEastAsia" w:hAnsiTheme="minorEastAsia"/>
              </w:rPr>
            </w:pPr>
            <w:proofErr w:type="spellStart"/>
            <w:r w:rsidRPr="00F6084A">
              <w:rPr>
                <w:rFonts w:asciiTheme="minorEastAsia" w:hAnsiTheme="minorEastAsia"/>
              </w:rPr>
              <w:t>メール</w:t>
            </w:r>
            <w:proofErr w:type="spellEnd"/>
          </w:p>
        </w:tc>
        <w:tc>
          <w:tcPr>
            <w:tcW w:w="6480" w:type="dxa"/>
          </w:tcPr>
          <w:p w14:paraId="6771EAF0" w14:textId="77777777" w:rsidR="00D457A1" w:rsidRPr="00F6084A" w:rsidRDefault="00D457A1" w:rsidP="00D457A1">
            <w:pPr>
              <w:rPr>
                <w:rFonts w:asciiTheme="minorEastAsia" w:hAnsiTheme="minorEastAsia"/>
              </w:rPr>
            </w:pPr>
          </w:p>
        </w:tc>
      </w:tr>
      <w:tr w:rsidR="00D457A1" w:rsidRPr="00F6084A" w14:paraId="224B68BB" w14:textId="77777777" w:rsidTr="00B67CE7">
        <w:trPr>
          <w:trHeight w:val="567"/>
          <w:jc w:val="center"/>
        </w:trPr>
        <w:tc>
          <w:tcPr>
            <w:tcW w:w="2160" w:type="dxa"/>
            <w:vMerge w:val="restart"/>
            <w:vAlign w:val="center"/>
          </w:tcPr>
          <w:p w14:paraId="28A8642A" w14:textId="0D1BF310" w:rsidR="00D457A1" w:rsidRPr="00F6084A" w:rsidRDefault="00D457A1" w:rsidP="00F6084A">
            <w:pPr>
              <w:jc w:val="center"/>
              <w:rPr>
                <w:rFonts w:asciiTheme="minorEastAsia" w:hAnsiTheme="minorEastAsia"/>
              </w:rPr>
            </w:pPr>
            <w:r w:rsidRPr="00F6084A">
              <w:rPr>
                <w:rFonts w:asciiTheme="minorEastAsia" w:hAnsiTheme="minorEastAsia"/>
              </w:rPr>
              <w:t>住</w:t>
            </w:r>
            <w:r w:rsidRPr="00F6084A">
              <w:rPr>
                <w:rFonts w:asciiTheme="minorEastAsia" w:hAnsiTheme="minorEastAsia" w:hint="eastAsia"/>
                <w:lang w:eastAsia="ja-JP"/>
              </w:rPr>
              <w:t xml:space="preserve">　</w:t>
            </w:r>
            <w:r w:rsidRPr="00F6084A">
              <w:rPr>
                <w:rFonts w:asciiTheme="minorEastAsia" w:hAnsiTheme="minorEastAsia"/>
              </w:rPr>
              <w:t>所</w:t>
            </w:r>
          </w:p>
        </w:tc>
        <w:tc>
          <w:tcPr>
            <w:tcW w:w="6480" w:type="dxa"/>
            <w:vAlign w:val="center"/>
          </w:tcPr>
          <w:p w14:paraId="5F17775F" w14:textId="5162EC28" w:rsidR="00D457A1" w:rsidRPr="00F6084A" w:rsidRDefault="00D457A1" w:rsidP="008F4B04">
            <w:pPr>
              <w:jc w:val="both"/>
              <w:rPr>
                <w:rFonts w:asciiTheme="minorEastAsia" w:hAnsiTheme="minorEastAsia"/>
                <w:lang w:eastAsia="ja-JP"/>
              </w:rPr>
            </w:pPr>
            <w:r w:rsidRPr="00F6084A">
              <w:rPr>
                <w:rFonts w:asciiTheme="minorEastAsia" w:hAnsiTheme="minorEastAsia"/>
                <w:lang w:eastAsia="ja-JP"/>
              </w:rPr>
              <w:t>〒</w:t>
            </w:r>
            <w:r w:rsidRPr="00F6084A">
              <w:rPr>
                <w:rFonts w:asciiTheme="minorEastAsia" w:hAnsiTheme="minorEastAsia" w:hint="eastAsia"/>
                <w:lang w:eastAsia="ja-JP"/>
              </w:rPr>
              <w:t xml:space="preserve">　　</w:t>
            </w:r>
            <w:r w:rsidR="008B0AAF">
              <w:rPr>
                <w:rFonts w:asciiTheme="minorEastAsia" w:hAnsiTheme="minorEastAsia" w:hint="eastAsia"/>
                <w:lang w:eastAsia="ja-JP"/>
              </w:rPr>
              <w:t xml:space="preserve">　</w:t>
            </w:r>
            <w:r w:rsidRPr="00F6084A">
              <w:rPr>
                <w:rFonts w:asciiTheme="minorEastAsia" w:hAnsiTheme="minorEastAsia" w:hint="eastAsia"/>
                <w:lang w:eastAsia="ja-JP"/>
              </w:rPr>
              <w:t xml:space="preserve">-　　</w:t>
            </w:r>
            <w:r w:rsidR="008B0AAF">
              <w:rPr>
                <w:rFonts w:asciiTheme="minorEastAsia" w:hAnsiTheme="minorEastAsia" w:hint="eastAsia"/>
                <w:lang w:eastAsia="ja-JP"/>
              </w:rPr>
              <w:t xml:space="preserve">　　</w:t>
            </w:r>
            <w:r w:rsidRPr="00F6084A">
              <w:rPr>
                <w:rFonts w:asciiTheme="minorEastAsia" w:hAnsiTheme="minorEastAsia" w:hint="eastAsia"/>
                <w:lang w:eastAsia="ja-JP"/>
              </w:rPr>
              <w:t xml:space="preserve">　</w:t>
            </w:r>
            <w:r w:rsidR="002B205E" w:rsidRPr="00F6084A">
              <w:rPr>
                <w:rFonts w:asciiTheme="minorEastAsia" w:hAnsiTheme="minorEastAsia" w:hint="eastAsia"/>
                <w:lang w:eastAsia="ja-JP"/>
              </w:rPr>
              <w:t>熊本市</w:t>
            </w:r>
            <w:r w:rsidR="002B205E">
              <w:rPr>
                <w:rFonts w:asciiTheme="minorEastAsia" w:hAnsiTheme="minorEastAsia" w:hint="eastAsia"/>
                <w:lang w:eastAsia="ja-JP"/>
              </w:rPr>
              <w:t xml:space="preserve">　　　　区</w:t>
            </w:r>
          </w:p>
        </w:tc>
      </w:tr>
      <w:tr w:rsidR="00D457A1" w:rsidRPr="00F6084A" w14:paraId="2363E1A0" w14:textId="77777777" w:rsidTr="00B67CE7">
        <w:trPr>
          <w:trHeight w:val="567"/>
          <w:jc w:val="center"/>
        </w:trPr>
        <w:tc>
          <w:tcPr>
            <w:tcW w:w="2160" w:type="dxa"/>
            <w:vMerge/>
            <w:vAlign w:val="center"/>
          </w:tcPr>
          <w:p w14:paraId="41FD9305" w14:textId="77777777" w:rsidR="00D457A1" w:rsidRPr="00F6084A" w:rsidRDefault="00D457A1" w:rsidP="00F6084A">
            <w:pPr>
              <w:jc w:val="center"/>
              <w:rPr>
                <w:rFonts w:asciiTheme="minorEastAsia" w:hAnsiTheme="minorEastAsia"/>
                <w:lang w:eastAsia="ja-JP"/>
              </w:rPr>
            </w:pPr>
          </w:p>
        </w:tc>
        <w:tc>
          <w:tcPr>
            <w:tcW w:w="6480" w:type="dxa"/>
          </w:tcPr>
          <w:p w14:paraId="37FDEC6D" w14:textId="77777777" w:rsidR="00D457A1" w:rsidRPr="00F6084A" w:rsidRDefault="00D457A1" w:rsidP="00D457A1">
            <w:pPr>
              <w:rPr>
                <w:rFonts w:asciiTheme="minorEastAsia" w:hAnsiTheme="minorEastAsia"/>
                <w:lang w:eastAsia="ja-JP"/>
              </w:rPr>
            </w:pPr>
          </w:p>
        </w:tc>
      </w:tr>
      <w:tr w:rsidR="00D457A1" w:rsidRPr="00F6084A" w14:paraId="34534A3A" w14:textId="77777777" w:rsidTr="00AA7E76">
        <w:trPr>
          <w:trHeight w:val="720"/>
          <w:jc w:val="center"/>
        </w:trPr>
        <w:tc>
          <w:tcPr>
            <w:tcW w:w="2160" w:type="dxa"/>
            <w:vAlign w:val="center"/>
          </w:tcPr>
          <w:p w14:paraId="49D36A4D" w14:textId="160F4EBC" w:rsidR="00D457A1" w:rsidRPr="00F6084A" w:rsidRDefault="00494761" w:rsidP="00F6084A">
            <w:pPr>
              <w:jc w:val="center"/>
              <w:rPr>
                <w:rFonts w:asciiTheme="minorEastAsia" w:hAnsiTheme="minorEastAsia"/>
              </w:rPr>
            </w:pPr>
            <w:r w:rsidRPr="00F6084A">
              <w:rPr>
                <w:rFonts w:asciiTheme="minorEastAsia" w:hAnsiTheme="minorEastAsia" w:hint="eastAsia"/>
                <w:lang w:eastAsia="ja-JP"/>
              </w:rPr>
              <w:t>依頼者</w:t>
            </w:r>
            <w:proofErr w:type="spellStart"/>
            <w:r w:rsidR="00D457A1" w:rsidRPr="00F6084A">
              <w:rPr>
                <w:rFonts w:asciiTheme="minorEastAsia" w:hAnsiTheme="minorEastAsia"/>
              </w:rPr>
              <w:t>との関係</w:t>
            </w:r>
            <w:proofErr w:type="spellEnd"/>
          </w:p>
        </w:tc>
        <w:tc>
          <w:tcPr>
            <w:tcW w:w="6480" w:type="dxa"/>
            <w:vAlign w:val="center"/>
          </w:tcPr>
          <w:p w14:paraId="4EA1E822" w14:textId="2CFC4211" w:rsidR="009C153C" w:rsidRPr="00F6084A" w:rsidRDefault="00D457A1" w:rsidP="002B205E">
            <w:pPr>
              <w:jc w:val="both"/>
              <w:rPr>
                <w:rFonts w:asciiTheme="minorEastAsia" w:hAnsiTheme="minorEastAsia"/>
                <w:lang w:eastAsia="ja-JP"/>
              </w:rPr>
            </w:pPr>
            <w:r w:rsidRPr="00F6084A">
              <w:rPr>
                <w:rFonts w:asciiTheme="minorEastAsia" w:hAnsiTheme="minorEastAsia"/>
                <w:lang w:eastAsia="zh-TW"/>
              </w:rPr>
              <w:t>□親族</w:t>
            </w:r>
            <w:r w:rsidR="00AA7E76">
              <w:rPr>
                <w:rFonts w:asciiTheme="minorEastAsia" w:hAnsiTheme="minorEastAsia" w:hint="eastAsia"/>
                <w:lang w:eastAsia="ja-JP"/>
              </w:rPr>
              <w:t xml:space="preserve">　</w:t>
            </w:r>
            <w:r w:rsidR="00F6084A">
              <w:rPr>
                <w:rFonts w:asciiTheme="minorEastAsia" w:hAnsiTheme="minorEastAsia" w:hint="eastAsia"/>
                <w:lang w:eastAsia="zh-TW"/>
              </w:rPr>
              <w:t xml:space="preserve">　</w:t>
            </w:r>
            <w:r w:rsidR="002B205E">
              <w:rPr>
                <w:rFonts w:asciiTheme="minorEastAsia" w:hAnsiTheme="minorEastAsia" w:hint="eastAsia"/>
                <w:lang w:eastAsia="zh-TW"/>
              </w:rPr>
              <w:t>□</w:t>
            </w:r>
            <w:r w:rsidR="002B205E">
              <w:rPr>
                <w:rFonts w:asciiTheme="minorEastAsia" w:hAnsiTheme="minorEastAsia" w:hint="eastAsia"/>
                <w:lang w:eastAsia="ja-JP"/>
              </w:rPr>
              <w:t>賃貸</w:t>
            </w:r>
            <w:r w:rsidR="002B205E">
              <w:rPr>
                <w:rFonts w:asciiTheme="minorEastAsia" w:hAnsiTheme="minorEastAsia" w:hint="eastAsia"/>
                <w:lang w:eastAsia="zh-TW"/>
              </w:rPr>
              <w:t>人</w:t>
            </w:r>
            <w:r w:rsidR="002B205E">
              <w:rPr>
                <w:rFonts w:asciiTheme="minorEastAsia" w:hAnsiTheme="minorEastAsia" w:hint="eastAsia"/>
                <w:lang w:eastAsia="ja-JP"/>
              </w:rPr>
              <w:t xml:space="preserve">　　</w:t>
            </w:r>
            <w:r w:rsidRPr="00F6084A">
              <w:rPr>
                <w:rFonts w:asciiTheme="minorEastAsia" w:hAnsiTheme="minorEastAsia"/>
                <w:lang w:eastAsia="ja-JP"/>
              </w:rPr>
              <w:t>□その他</w:t>
            </w:r>
            <w:r w:rsidR="009C153C" w:rsidRPr="00F6084A">
              <w:rPr>
                <w:rFonts w:asciiTheme="minorEastAsia" w:hAnsiTheme="minorEastAsia" w:hint="eastAsia"/>
                <w:lang w:eastAsia="ja-JP"/>
              </w:rPr>
              <w:t>（　　　　　　　　　　）</w:t>
            </w:r>
          </w:p>
        </w:tc>
      </w:tr>
    </w:tbl>
    <w:p w14:paraId="48A3B978" w14:textId="77777777" w:rsidR="00B67CE7" w:rsidRDefault="00B67CE7" w:rsidP="00D457A1">
      <w:pPr>
        <w:spacing w:line="240" w:lineRule="auto"/>
        <w:rPr>
          <w:rFonts w:asciiTheme="minorEastAsia" w:hAnsiTheme="minorEastAsia"/>
          <w:b/>
          <w:bCs/>
          <w:sz w:val="28"/>
          <w:szCs w:val="28"/>
          <w:lang w:eastAsia="ja-JP"/>
        </w:rPr>
      </w:pPr>
    </w:p>
    <w:p w14:paraId="4171170E" w14:textId="21267062" w:rsidR="002202F2" w:rsidRPr="00F6084A" w:rsidRDefault="00F6084A" w:rsidP="00D457A1">
      <w:pPr>
        <w:spacing w:line="240" w:lineRule="auto"/>
        <w:rPr>
          <w:rFonts w:asciiTheme="minorEastAsia" w:hAnsiTheme="minorEastAsia"/>
          <w:b/>
          <w:bCs/>
          <w:sz w:val="28"/>
          <w:szCs w:val="28"/>
        </w:rPr>
      </w:pPr>
      <w:r w:rsidRPr="00F6084A">
        <w:rPr>
          <w:rFonts w:asciiTheme="minorEastAsia" w:hAnsiTheme="minorEastAsia" w:hint="eastAsia"/>
          <w:b/>
          <w:bCs/>
          <w:sz w:val="28"/>
          <w:szCs w:val="28"/>
          <w:lang w:eastAsia="ja-JP"/>
        </w:rPr>
        <w:lastRenderedPageBreak/>
        <w:t>３</w:t>
      </w:r>
      <w:r w:rsidR="00960DD2">
        <w:rPr>
          <w:rFonts w:asciiTheme="minorEastAsia" w:hAnsiTheme="minorEastAsia" w:hint="eastAsia"/>
          <w:b/>
          <w:bCs/>
          <w:sz w:val="28"/>
          <w:szCs w:val="28"/>
          <w:lang w:eastAsia="ja-JP"/>
        </w:rPr>
        <w:t xml:space="preserve"> </w:t>
      </w:r>
      <w:r w:rsidR="009C04E2">
        <w:rPr>
          <w:rFonts w:asciiTheme="minorEastAsia" w:hAnsiTheme="minorEastAsia" w:hint="eastAsia"/>
          <w:b/>
          <w:bCs/>
          <w:sz w:val="28"/>
          <w:szCs w:val="28"/>
          <w:lang w:eastAsia="ja-JP"/>
        </w:rPr>
        <w:t>収集・処分</w:t>
      </w:r>
      <w:proofErr w:type="spellStart"/>
      <w:r w:rsidR="009C153C" w:rsidRPr="00F6084A">
        <w:rPr>
          <w:rFonts w:asciiTheme="minorEastAsia" w:hAnsiTheme="minorEastAsia"/>
          <w:b/>
          <w:bCs/>
          <w:sz w:val="28"/>
          <w:szCs w:val="28"/>
        </w:rPr>
        <w:t>対象</w:t>
      </w:r>
      <w:proofErr w:type="spellEnd"/>
    </w:p>
    <w:tbl>
      <w:tblPr>
        <w:tblStyle w:val="afe"/>
        <w:tblW w:w="0" w:type="auto"/>
        <w:jc w:val="center"/>
        <w:tblLook w:val="04A0" w:firstRow="1" w:lastRow="0" w:firstColumn="1" w:lastColumn="0" w:noHBand="0" w:noVBand="1"/>
      </w:tblPr>
      <w:tblGrid>
        <w:gridCol w:w="2268"/>
        <w:gridCol w:w="6372"/>
      </w:tblGrid>
      <w:tr w:rsidR="002202F2" w:rsidRPr="00F6084A" w14:paraId="7EA190EE" w14:textId="77777777" w:rsidTr="000557A3">
        <w:trPr>
          <w:trHeight w:val="624"/>
          <w:jc w:val="center"/>
        </w:trPr>
        <w:tc>
          <w:tcPr>
            <w:tcW w:w="2268" w:type="dxa"/>
            <w:vAlign w:val="center"/>
          </w:tcPr>
          <w:p w14:paraId="2A8E3EDE" w14:textId="77777777" w:rsidR="002202F2" w:rsidRPr="00F6084A" w:rsidRDefault="009C153C" w:rsidP="00F6084A">
            <w:pPr>
              <w:jc w:val="center"/>
              <w:rPr>
                <w:rFonts w:asciiTheme="minorEastAsia" w:hAnsiTheme="minorEastAsia"/>
              </w:rPr>
            </w:pPr>
            <w:proofErr w:type="spellStart"/>
            <w:r w:rsidRPr="00F6084A">
              <w:rPr>
                <w:rFonts w:asciiTheme="minorEastAsia" w:hAnsiTheme="minorEastAsia"/>
              </w:rPr>
              <w:t>対象物</w:t>
            </w:r>
            <w:proofErr w:type="spellEnd"/>
          </w:p>
        </w:tc>
        <w:tc>
          <w:tcPr>
            <w:tcW w:w="6372" w:type="dxa"/>
            <w:vAlign w:val="center"/>
          </w:tcPr>
          <w:p w14:paraId="062E37B6" w14:textId="361BEBD4" w:rsidR="009C04E2" w:rsidRDefault="005B740D" w:rsidP="009C04E2">
            <w:pPr>
              <w:jc w:val="both"/>
              <w:rPr>
                <w:rFonts w:asciiTheme="minorEastAsia" w:hAnsiTheme="minorEastAsia"/>
                <w:lang w:eastAsia="ja-JP"/>
              </w:rPr>
            </w:pPr>
            <w:r w:rsidRPr="00F6084A">
              <w:rPr>
                <w:rFonts w:asciiTheme="minorEastAsia" w:hAnsiTheme="minorEastAsia" w:hint="eastAsia"/>
                <w:lang w:eastAsia="ja-JP"/>
              </w:rPr>
              <w:t>□</w:t>
            </w:r>
            <w:r w:rsidR="009C153C" w:rsidRPr="00F6084A">
              <w:rPr>
                <w:rFonts w:asciiTheme="minorEastAsia" w:hAnsiTheme="minorEastAsia"/>
                <w:lang w:eastAsia="ja-JP"/>
              </w:rPr>
              <w:t xml:space="preserve">ブロック塀 </w:t>
            </w:r>
            <w:r w:rsidR="00D457A1" w:rsidRPr="00F6084A">
              <w:rPr>
                <w:rFonts w:asciiTheme="minorEastAsia" w:hAnsiTheme="minorEastAsia" w:hint="eastAsia"/>
                <w:lang w:eastAsia="ja-JP"/>
              </w:rPr>
              <w:t xml:space="preserve">　</w:t>
            </w:r>
            <w:r w:rsidR="009C04E2">
              <w:rPr>
                <w:rFonts w:asciiTheme="minorEastAsia" w:hAnsiTheme="minorEastAsia" w:hint="eastAsia"/>
                <w:lang w:eastAsia="ja-JP"/>
              </w:rPr>
              <w:t xml:space="preserve">□瓦　　</w:t>
            </w:r>
            <w:r w:rsidRPr="00F6084A">
              <w:rPr>
                <w:rFonts w:asciiTheme="minorEastAsia" w:hAnsiTheme="minorEastAsia" w:hint="eastAsia"/>
                <w:lang w:eastAsia="ja-JP"/>
              </w:rPr>
              <w:t>□</w:t>
            </w:r>
            <w:r w:rsidR="009C153C" w:rsidRPr="00F6084A">
              <w:rPr>
                <w:rFonts w:asciiTheme="minorEastAsia" w:hAnsiTheme="minorEastAsia"/>
                <w:lang w:eastAsia="ja-JP"/>
              </w:rPr>
              <w:t>門柱</w:t>
            </w:r>
            <w:r w:rsidR="00AA7E76">
              <w:rPr>
                <w:rFonts w:asciiTheme="minorEastAsia" w:hAnsiTheme="minorEastAsia" w:hint="eastAsia"/>
                <w:lang w:eastAsia="ja-JP"/>
              </w:rPr>
              <w:t xml:space="preserve">　</w:t>
            </w:r>
            <w:r w:rsidR="00D457A1" w:rsidRPr="00F6084A">
              <w:rPr>
                <w:rFonts w:asciiTheme="minorEastAsia" w:hAnsiTheme="minorEastAsia" w:hint="eastAsia"/>
                <w:lang w:eastAsia="ja-JP"/>
              </w:rPr>
              <w:t xml:space="preserve">　</w:t>
            </w:r>
            <w:r w:rsidRPr="00F6084A">
              <w:rPr>
                <w:rFonts w:asciiTheme="minorEastAsia" w:hAnsiTheme="minorEastAsia" w:hint="eastAsia"/>
                <w:lang w:eastAsia="ja-JP"/>
              </w:rPr>
              <w:t>□</w:t>
            </w:r>
            <w:r w:rsidR="009C153C" w:rsidRPr="00F6084A">
              <w:rPr>
                <w:rFonts w:asciiTheme="minorEastAsia" w:hAnsiTheme="minorEastAsia"/>
                <w:lang w:eastAsia="ja-JP"/>
              </w:rPr>
              <w:t>コンクリート片</w:t>
            </w:r>
          </w:p>
          <w:p w14:paraId="2E0E88C4" w14:textId="01EA89F0" w:rsidR="002202F2" w:rsidRPr="00F6084A" w:rsidRDefault="005B740D" w:rsidP="009C04E2">
            <w:pPr>
              <w:jc w:val="both"/>
              <w:rPr>
                <w:rFonts w:asciiTheme="minorEastAsia" w:hAnsiTheme="minorEastAsia"/>
                <w:lang w:eastAsia="ja-JP"/>
              </w:rPr>
            </w:pPr>
            <w:r w:rsidRPr="00F6084A">
              <w:rPr>
                <w:rFonts w:asciiTheme="minorEastAsia" w:hAnsiTheme="minorEastAsia" w:hint="eastAsia"/>
                <w:lang w:eastAsia="ja-JP"/>
              </w:rPr>
              <w:t>□</w:t>
            </w:r>
            <w:r w:rsidR="009C153C" w:rsidRPr="00F6084A">
              <w:rPr>
                <w:rFonts w:asciiTheme="minorEastAsia" w:hAnsiTheme="minorEastAsia"/>
                <w:lang w:eastAsia="ja-JP"/>
              </w:rPr>
              <w:t>石材</w:t>
            </w:r>
            <w:r w:rsidR="009C04E2">
              <w:rPr>
                <w:rFonts w:asciiTheme="minorEastAsia" w:hAnsiTheme="minorEastAsia" w:hint="eastAsia"/>
                <w:lang w:eastAsia="ja-JP"/>
              </w:rPr>
              <w:t xml:space="preserve">　　</w:t>
            </w:r>
            <w:r w:rsidRPr="00F6084A">
              <w:rPr>
                <w:rFonts w:asciiTheme="minorEastAsia" w:hAnsiTheme="minorEastAsia" w:hint="eastAsia"/>
                <w:lang w:eastAsia="ja-JP"/>
              </w:rPr>
              <w:t>□</w:t>
            </w:r>
            <w:r w:rsidR="009C153C" w:rsidRPr="00F6084A">
              <w:rPr>
                <w:rFonts w:asciiTheme="minorEastAsia" w:hAnsiTheme="minorEastAsia"/>
                <w:lang w:eastAsia="ja-JP"/>
              </w:rPr>
              <w:t>その他</w:t>
            </w:r>
            <w:r w:rsidR="00D457A1" w:rsidRPr="00F6084A">
              <w:rPr>
                <w:rFonts w:asciiTheme="minorEastAsia" w:hAnsiTheme="minorEastAsia" w:hint="eastAsia"/>
                <w:lang w:eastAsia="ja-JP"/>
              </w:rPr>
              <w:t>（　　　　　　　　　）</w:t>
            </w:r>
            <w:r w:rsidR="009C04E2">
              <w:rPr>
                <w:rFonts w:asciiTheme="minorEastAsia" w:hAnsiTheme="minorEastAsia" w:hint="eastAsia"/>
                <w:lang w:eastAsia="ja-JP"/>
              </w:rPr>
              <w:t xml:space="preserve">　□混在</w:t>
            </w:r>
          </w:p>
        </w:tc>
      </w:tr>
      <w:tr w:rsidR="002202F2" w:rsidRPr="00F6084A" w14:paraId="735F287A" w14:textId="77777777" w:rsidTr="000557A3">
        <w:trPr>
          <w:trHeight w:val="624"/>
          <w:jc w:val="center"/>
        </w:trPr>
        <w:tc>
          <w:tcPr>
            <w:tcW w:w="2268" w:type="dxa"/>
            <w:vAlign w:val="center"/>
          </w:tcPr>
          <w:p w14:paraId="1625BF3D" w14:textId="77777777" w:rsidR="002202F2" w:rsidRPr="00F6084A" w:rsidRDefault="009C153C" w:rsidP="00F6084A">
            <w:pPr>
              <w:jc w:val="center"/>
              <w:rPr>
                <w:rFonts w:asciiTheme="minorEastAsia" w:hAnsiTheme="minorEastAsia"/>
              </w:rPr>
            </w:pPr>
            <w:proofErr w:type="spellStart"/>
            <w:r w:rsidRPr="00F6084A">
              <w:rPr>
                <w:rFonts w:asciiTheme="minorEastAsia" w:hAnsiTheme="minorEastAsia"/>
              </w:rPr>
              <w:t>概算量</w:t>
            </w:r>
            <w:proofErr w:type="spellEnd"/>
          </w:p>
        </w:tc>
        <w:tc>
          <w:tcPr>
            <w:tcW w:w="6372" w:type="dxa"/>
            <w:vAlign w:val="center"/>
          </w:tcPr>
          <w:p w14:paraId="51E8FF82" w14:textId="15102C51" w:rsidR="005B740D" w:rsidRPr="00F6084A" w:rsidRDefault="00D457A1" w:rsidP="008F4B04">
            <w:pPr>
              <w:jc w:val="both"/>
              <w:rPr>
                <w:rFonts w:asciiTheme="minorEastAsia" w:hAnsiTheme="minorEastAsia"/>
                <w:lang w:eastAsia="ja-JP"/>
              </w:rPr>
            </w:pPr>
            <w:r w:rsidRPr="00F6084A">
              <w:rPr>
                <w:rFonts w:asciiTheme="minorEastAsia" w:hAnsiTheme="minorEastAsia" w:hint="eastAsia"/>
                <w:lang w:eastAsia="ja-JP"/>
              </w:rPr>
              <w:t xml:space="preserve">□少量　</w:t>
            </w:r>
            <w:r w:rsidR="00880363">
              <w:rPr>
                <w:rFonts w:asciiTheme="minorEastAsia" w:hAnsiTheme="minorEastAsia" w:hint="eastAsia"/>
                <w:lang w:eastAsia="ja-JP"/>
              </w:rPr>
              <w:t xml:space="preserve">　　　</w:t>
            </w:r>
            <w:r w:rsidRPr="00F6084A">
              <w:rPr>
                <w:rFonts w:asciiTheme="minorEastAsia" w:hAnsiTheme="minorEastAsia" w:hint="eastAsia"/>
                <w:lang w:eastAsia="ja-JP"/>
              </w:rPr>
              <w:t>□軽トラ</w:t>
            </w:r>
            <w:r w:rsidR="005B740D" w:rsidRPr="00F6084A">
              <w:rPr>
                <w:rFonts w:asciiTheme="minorEastAsia" w:hAnsiTheme="minorEastAsia" w:hint="eastAsia"/>
                <w:lang w:eastAsia="ja-JP"/>
              </w:rPr>
              <w:t>1/2台分</w:t>
            </w:r>
            <w:r w:rsidRPr="00F6084A">
              <w:rPr>
                <w:rFonts w:asciiTheme="minorEastAsia" w:hAnsiTheme="minorEastAsia" w:hint="eastAsia"/>
                <w:lang w:eastAsia="ja-JP"/>
              </w:rPr>
              <w:t xml:space="preserve">程度　</w:t>
            </w:r>
            <w:r w:rsidR="005B740D" w:rsidRPr="00F6084A">
              <w:rPr>
                <w:rFonts w:asciiTheme="minorEastAsia" w:hAnsiTheme="minorEastAsia" w:hint="eastAsia"/>
                <w:lang w:eastAsia="ja-JP"/>
              </w:rPr>
              <w:t>□軽トラ</w:t>
            </w:r>
            <w:r w:rsidR="00880363">
              <w:rPr>
                <w:rFonts w:asciiTheme="minorEastAsia" w:hAnsiTheme="minorEastAsia" w:hint="eastAsia"/>
                <w:lang w:eastAsia="ja-JP"/>
              </w:rPr>
              <w:t>１</w:t>
            </w:r>
            <w:r w:rsidR="005B740D" w:rsidRPr="00F6084A">
              <w:rPr>
                <w:rFonts w:asciiTheme="minorEastAsia" w:hAnsiTheme="minorEastAsia" w:hint="eastAsia"/>
                <w:lang w:eastAsia="ja-JP"/>
              </w:rPr>
              <w:t>台分程度</w:t>
            </w:r>
          </w:p>
          <w:p w14:paraId="41263F82" w14:textId="43BA44F9" w:rsidR="002202F2" w:rsidRPr="00F6084A" w:rsidRDefault="00D457A1" w:rsidP="008F4B04">
            <w:pPr>
              <w:jc w:val="both"/>
              <w:rPr>
                <w:rFonts w:asciiTheme="minorEastAsia" w:hAnsiTheme="minorEastAsia"/>
                <w:lang w:eastAsia="ja-JP"/>
              </w:rPr>
            </w:pPr>
            <w:r w:rsidRPr="00F6084A">
              <w:rPr>
                <w:rFonts w:asciiTheme="minorEastAsia" w:hAnsiTheme="minorEastAsia" w:hint="eastAsia"/>
                <w:lang w:eastAsia="ja-JP"/>
              </w:rPr>
              <w:t>□</w:t>
            </w:r>
            <w:r w:rsidR="00880363">
              <w:rPr>
                <w:rFonts w:asciiTheme="minorEastAsia" w:hAnsiTheme="minorEastAsia" w:hint="eastAsia"/>
                <w:lang w:eastAsia="ja-JP"/>
              </w:rPr>
              <w:t>２ｔ</w:t>
            </w:r>
            <w:r w:rsidRPr="00F6084A">
              <w:rPr>
                <w:rFonts w:asciiTheme="minorEastAsia" w:hAnsiTheme="minorEastAsia" w:hint="eastAsia"/>
                <w:lang w:eastAsia="ja-JP"/>
              </w:rPr>
              <w:t xml:space="preserve">車程度　</w:t>
            </w:r>
            <w:r w:rsidR="009C04E2">
              <w:rPr>
                <w:rFonts w:asciiTheme="minorEastAsia" w:hAnsiTheme="minorEastAsia" w:hint="eastAsia"/>
                <w:lang w:eastAsia="ja-JP"/>
              </w:rPr>
              <w:t xml:space="preserve">□その他（　　　　　　　　　）　</w:t>
            </w:r>
            <w:r w:rsidRPr="00F6084A">
              <w:rPr>
                <w:rFonts w:asciiTheme="minorEastAsia" w:hAnsiTheme="minorEastAsia" w:hint="eastAsia"/>
                <w:lang w:eastAsia="ja-JP"/>
              </w:rPr>
              <w:t>□不明</w:t>
            </w:r>
          </w:p>
        </w:tc>
      </w:tr>
      <w:tr w:rsidR="002202F2" w:rsidRPr="00F6084A" w14:paraId="06E7E085" w14:textId="77777777" w:rsidTr="000557A3">
        <w:trPr>
          <w:trHeight w:val="624"/>
          <w:jc w:val="center"/>
        </w:trPr>
        <w:tc>
          <w:tcPr>
            <w:tcW w:w="2268" w:type="dxa"/>
            <w:vAlign w:val="center"/>
          </w:tcPr>
          <w:p w14:paraId="3D1DC29C" w14:textId="77777777" w:rsidR="002202F2" w:rsidRPr="00F6084A" w:rsidRDefault="009C153C" w:rsidP="00F6084A">
            <w:pPr>
              <w:jc w:val="center"/>
              <w:rPr>
                <w:rFonts w:asciiTheme="minorEastAsia" w:hAnsiTheme="minorEastAsia"/>
              </w:rPr>
            </w:pPr>
            <w:proofErr w:type="spellStart"/>
            <w:r w:rsidRPr="00F6084A">
              <w:rPr>
                <w:rFonts w:asciiTheme="minorEastAsia" w:hAnsiTheme="minorEastAsia"/>
              </w:rPr>
              <w:t>搬出経路</w:t>
            </w:r>
            <w:proofErr w:type="spellEnd"/>
          </w:p>
        </w:tc>
        <w:tc>
          <w:tcPr>
            <w:tcW w:w="6372" w:type="dxa"/>
            <w:vAlign w:val="center"/>
          </w:tcPr>
          <w:p w14:paraId="39BF9C9C" w14:textId="7E6400EB" w:rsidR="002202F2" w:rsidRPr="00F6084A" w:rsidRDefault="00FC42B8" w:rsidP="008F4B04">
            <w:pPr>
              <w:jc w:val="both"/>
              <w:rPr>
                <w:rFonts w:asciiTheme="minorEastAsia" w:hAnsiTheme="minorEastAsia"/>
                <w:lang w:eastAsia="ja-JP"/>
              </w:rPr>
            </w:pPr>
            <w:r w:rsidRPr="00F6084A">
              <w:rPr>
                <w:rFonts w:asciiTheme="minorEastAsia" w:hAnsiTheme="minorEastAsia" w:hint="eastAsia"/>
                <w:lang w:eastAsia="ja-JP"/>
              </w:rPr>
              <w:t>□</w:t>
            </w:r>
            <w:r w:rsidR="009C153C" w:rsidRPr="00F6084A">
              <w:rPr>
                <w:rFonts w:asciiTheme="minorEastAsia" w:hAnsiTheme="minorEastAsia"/>
                <w:lang w:eastAsia="ja-JP"/>
              </w:rPr>
              <w:t>車両進入可</w:t>
            </w:r>
            <w:r w:rsidR="009C04E2">
              <w:rPr>
                <w:rFonts w:asciiTheme="minorEastAsia" w:hAnsiTheme="minorEastAsia" w:hint="eastAsia"/>
                <w:lang w:eastAsia="ja-JP"/>
              </w:rPr>
              <w:t>（幅員　　ｍ）</w:t>
            </w:r>
            <w:r w:rsidR="009C153C" w:rsidRPr="00F6084A">
              <w:rPr>
                <w:rFonts w:asciiTheme="minorEastAsia" w:hAnsiTheme="minorEastAsia"/>
                <w:lang w:eastAsia="ja-JP"/>
              </w:rPr>
              <w:t xml:space="preserve"> </w:t>
            </w:r>
            <w:r w:rsidRPr="00F6084A">
              <w:rPr>
                <w:rFonts w:asciiTheme="minorEastAsia" w:hAnsiTheme="minorEastAsia" w:hint="eastAsia"/>
                <w:lang w:eastAsia="ja-JP"/>
              </w:rPr>
              <w:t>□</w:t>
            </w:r>
            <w:r w:rsidR="009C04E2">
              <w:rPr>
                <w:rFonts w:asciiTheme="minorEastAsia" w:hAnsiTheme="minorEastAsia" w:hint="eastAsia"/>
                <w:lang w:eastAsia="ja-JP"/>
              </w:rPr>
              <w:t>狭小</w:t>
            </w:r>
            <w:r w:rsidR="009C04E2">
              <w:rPr>
                <w:rFonts w:asciiTheme="minorEastAsia" w:hAnsiTheme="minorEastAsia" w:hint="eastAsia"/>
                <w:lang w:eastAsia="ja-JP"/>
              </w:rPr>
              <w:t>（幅員　　ｍ）</w:t>
            </w:r>
            <w:r w:rsidR="009C153C" w:rsidRPr="00F6084A">
              <w:rPr>
                <w:rFonts w:asciiTheme="minorEastAsia" w:hAnsiTheme="minorEastAsia"/>
                <w:lang w:eastAsia="ja-JP"/>
              </w:rPr>
              <w:t xml:space="preserve"> </w:t>
            </w:r>
            <w:r w:rsidRPr="00F6084A">
              <w:rPr>
                <w:rFonts w:asciiTheme="minorEastAsia" w:hAnsiTheme="minorEastAsia" w:hint="eastAsia"/>
                <w:lang w:eastAsia="ja-JP"/>
              </w:rPr>
              <w:t>□</w:t>
            </w:r>
            <w:r w:rsidR="009C153C" w:rsidRPr="00F6084A">
              <w:rPr>
                <w:rFonts w:asciiTheme="minorEastAsia" w:hAnsiTheme="minorEastAsia"/>
                <w:lang w:eastAsia="ja-JP"/>
              </w:rPr>
              <w:t>不明</w:t>
            </w:r>
          </w:p>
        </w:tc>
      </w:tr>
      <w:tr w:rsidR="00607385" w:rsidRPr="00F6084A" w14:paraId="27BB2558" w14:textId="77777777" w:rsidTr="000557A3">
        <w:trPr>
          <w:trHeight w:val="624"/>
          <w:jc w:val="center"/>
        </w:trPr>
        <w:tc>
          <w:tcPr>
            <w:tcW w:w="2268" w:type="dxa"/>
            <w:vAlign w:val="center"/>
          </w:tcPr>
          <w:p w14:paraId="43E7FD57" w14:textId="441B4D49" w:rsidR="00607385" w:rsidRPr="00F6084A" w:rsidRDefault="00607385" w:rsidP="00F6084A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lang w:eastAsia="ja-JP"/>
              </w:rPr>
              <w:t>収集時の立会い</w:t>
            </w:r>
          </w:p>
        </w:tc>
        <w:tc>
          <w:tcPr>
            <w:tcW w:w="6372" w:type="dxa"/>
            <w:vAlign w:val="center"/>
          </w:tcPr>
          <w:p w14:paraId="35EEDDAE" w14:textId="12183693" w:rsidR="00607385" w:rsidRPr="00F6084A" w:rsidRDefault="00607385" w:rsidP="008F4B04">
            <w:pPr>
              <w:jc w:val="both"/>
              <w:rPr>
                <w:rFonts w:asciiTheme="minorEastAsia" w:hAnsiTheme="minorEastAsia" w:hint="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□あり（※写真不要）　　□なし（※写真必要）</w:t>
            </w:r>
          </w:p>
        </w:tc>
      </w:tr>
    </w:tbl>
    <w:p w14:paraId="33DDFD31" w14:textId="77777777" w:rsidR="00B67CE7" w:rsidRPr="00F6084A" w:rsidRDefault="00B67CE7" w:rsidP="00F6084A">
      <w:pPr>
        <w:spacing w:line="240" w:lineRule="exact"/>
        <w:rPr>
          <w:rFonts w:asciiTheme="minorEastAsia" w:hAnsiTheme="minorEastAsia"/>
          <w:lang w:eastAsia="ja-JP"/>
        </w:rPr>
      </w:pPr>
    </w:p>
    <w:p w14:paraId="0BD3297B" w14:textId="47A0F96A" w:rsidR="002202F2" w:rsidRPr="00F6084A" w:rsidRDefault="00F6084A" w:rsidP="00D457A1">
      <w:pPr>
        <w:spacing w:line="240" w:lineRule="auto"/>
        <w:rPr>
          <w:rFonts w:asciiTheme="minorEastAsia" w:hAnsiTheme="minorEastAsia"/>
          <w:b/>
          <w:bCs/>
          <w:sz w:val="28"/>
          <w:szCs w:val="28"/>
        </w:rPr>
      </w:pPr>
      <w:r w:rsidRPr="00F6084A">
        <w:rPr>
          <w:rFonts w:asciiTheme="minorEastAsia" w:hAnsiTheme="minorEastAsia" w:hint="eastAsia"/>
          <w:b/>
          <w:bCs/>
          <w:sz w:val="28"/>
          <w:szCs w:val="28"/>
          <w:lang w:eastAsia="ja-JP"/>
        </w:rPr>
        <w:t>４</w:t>
      </w:r>
      <w:r w:rsidR="009C153C" w:rsidRPr="00F6084A">
        <w:rPr>
          <w:rFonts w:asciiTheme="minorEastAsia" w:hAnsiTheme="minorEastAsia"/>
          <w:b/>
          <w:bCs/>
          <w:sz w:val="28"/>
          <w:szCs w:val="28"/>
        </w:rPr>
        <w:t xml:space="preserve"> </w:t>
      </w:r>
      <w:proofErr w:type="spellStart"/>
      <w:r w:rsidR="009C153C" w:rsidRPr="00F6084A">
        <w:rPr>
          <w:rFonts w:asciiTheme="minorEastAsia" w:hAnsiTheme="minorEastAsia"/>
          <w:b/>
          <w:bCs/>
          <w:sz w:val="28"/>
          <w:szCs w:val="28"/>
        </w:rPr>
        <w:t>添付資料</w:t>
      </w:r>
      <w:proofErr w:type="spellEnd"/>
    </w:p>
    <w:tbl>
      <w:tblPr>
        <w:tblStyle w:val="afe"/>
        <w:tblW w:w="0" w:type="auto"/>
        <w:jc w:val="center"/>
        <w:tblLook w:val="04A0" w:firstRow="1" w:lastRow="0" w:firstColumn="1" w:lastColumn="0" w:noHBand="0" w:noVBand="1"/>
      </w:tblPr>
      <w:tblGrid>
        <w:gridCol w:w="2160"/>
        <w:gridCol w:w="6629"/>
      </w:tblGrid>
      <w:tr w:rsidR="002202F2" w:rsidRPr="00F6084A" w14:paraId="5F69A7C4" w14:textId="77777777" w:rsidTr="000557A3">
        <w:trPr>
          <w:trHeight w:val="1134"/>
          <w:jc w:val="center"/>
        </w:trPr>
        <w:tc>
          <w:tcPr>
            <w:tcW w:w="2160" w:type="dxa"/>
            <w:vAlign w:val="center"/>
          </w:tcPr>
          <w:p w14:paraId="3EEB03F0" w14:textId="77777777" w:rsidR="002202F2" w:rsidRPr="00F6084A" w:rsidRDefault="009C153C" w:rsidP="00AA7E76">
            <w:pPr>
              <w:jc w:val="center"/>
              <w:rPr>
                <w:rFonts w:asciiTheme="minorEastAsia" w:hAnsiTheme="minorEastAsia"/>
              </w:rPr>
            </w:pPr>
            <w:proofErr w:type="spellStart"/>
            <w:r w:rsidRPr="00F6084A">
              <w:rPr>
                <w:rFonts w:asciiTheme="minorEastAsia" w:hAnsiTheme="minorEastAsia"/>
              </w:rPr>
              <w:t>提出資料</w:t>
            </w:r>
            <w:proofErr w:type="spellEnd"/>
          </w:p>
        </w:tc>
        <w:tc>
          <w:tcPr>
            <w:tcW w:w="6629" w:type="dxa"/>
            <w:vAlign w:val="center"/>
          </w:tcPr>
          <w:p w14:paraId="517E6986" w14:textId="77777777" w:rsidR="00AA7E76" w:rsidRPr="00880363" w:rsidRDefault="00D457A1" w:rsidP="008F4B04">
            <w:pPr>
              <w:jc w:val="both"/>
              <w:rPr>
                <w:rFonts w:asciiTheme="minorEastAsia" w:hAnsiTheme="minorEastAsia"/>
                <w:lang w:eastAsia="ja-JP"/>
              </w:rPr>
            </w:pPr>
            <w:r w:rsidRPr="00F6084A">
              <w:rPr>
                <w:rFonts w:asciiTheme="minorEastAsia" w:hAnsiTheme="minorEastAsia" w:hint="eastAsia"/>
                <w:lang w:eastAsia="ja-JP"/>
              </w:rPr>
              <w:t>□</w:t>
            </w:r>
            <w:r w:rsidR="00AA7E76" w:rsidRPr="00AA7E76">
              <w:rPr>
                <w:rFonts w:asciiTheme="minorEastAsia" w:hAnsiTheme="minorEastAsia" w:hint="eastAsia"/>
                <w:lang w:eastAsia="ja-JP"/>
              </w:rPr>
              <w:t>ブ</w:t>
            </w:r>
            <w:r w:rsidR="00AA7E76" w:rsidRPr="00880363">
              <w:rPr>
                <w:rFonts w:asciiTheme="minorEastAsia" w:hAnsiTheme="minorEastAsia" w:hint="eastAsia"/>
                <w:lang w:eastAsia="ja-JP"/>
              </w:rPr>
              <w:t>ロック塀、屋根など全体がわかる写真</w:t>
            </w:r>
          </w:p>
          <w:p w14:paraId="47DBAFCD" w14:textId="015DBFAE" w:rsidR="00D457A1" w:rsidRPr="00880363" w:rsidRDefault="00D457A1" w:rsidP="008F4B04">
            <w:pPr>
              <w:jc w:val="both"/>
              <w:rPr>
                <w:rFonts w:asciiTheme="minorEastAsia" w:hAnsiTheme="minorEastAsia"/>
                <w:lang w:eastAsia="ja-JP"/>
              </w:rPr>
            </w:pPr>
            <w:r w:rsidRPr="00880363">
              <w:rPr>
                <w:rFonts w:asciiTheme="minorEastAsia" w:hAnsiTheme="minorEastAsia" w:hint="eastAsia"/>
                <w:lang w:eastAsia="ja-JP"/>
              </w:rPr>
              <w:t>□</w:t>
            </w:r>
            <w:r w:rsidR="00AA7E76" w:rsidRPr="00880363">
              <w:rPr>
                <w:rFonts w:asciiTheme="minorEastAsia" w:hAnsiTheme="minorEastAsia" w:hint="eastAsia"/>
                <w:lang w:eastAsia="ja-JP"/>
              </w:rPr>
              <w:t>撤去を依頼するがれきの写真</w:t>
            </w:r>
          </w:p>
          <w:p w14:paraId="03B7D12F" w14:textId="046330B0" w:rsidR="00AA7E76" w:rsidRPr="00880363" w:rsidRDefault="00AA7E76" w:rsidP="008F4B04">
            <w:pPr>
              <w:jc w:val="both"/>
              <w:rPr>
                <w:rFonts w:asciiTheme="minorEastAsia" w:hAnsiTheme="minorEastAsia" w:hint="eastAsia"/>
                <w:lang w:eastAsia="ja-JP"/>
              </w:rPr>
            </w:pPr>
            <w:r w:rsidRPr="00880363">
              <w:rPr>
                <w:rFonts w:asciiTheme="minorEastAsia" w:hAnsiTheme="minorEastAsia" w:hint="eastAsia"/>
                <w:lang w:eastAsia="ja-JP"/>
              </w:rPr>
              <w:t>※</w:t>
            </w:r>
            <w:r w:rsidRPr="00880363">
              <w:rPr>
                <w:rFonts w:asciiTheme="minorEastAsia" w:hAnsiTheme="minorEastAsia" w:hint="eastAsia"/>
                <w:lang w:eastAsia="ja-JP"/>
              </w:rPr>
              <w:t>がれきの収集に立ち会う</w:t>
            </w:r>
            <w:r w:rsidRPr="00880363">
              <w:rPr>
                <w:rFonts w:asciiTheme="minorEastAsia" w:hAnsiTheme="minorEastAsia" w:hint="eastAsia"/>
                <w:lang w:eastAsia="ja-JP"/>
              </w:rPr>
              <w:t>場合、</w:t>
            </w:r>
            <w:r w:rsidRPr="00880363">
              <w:rPr>
                <w:rFonts w:asciiTheme="minorEastAsia" w:hAnsiTheme="minorEastAsia" w:hint="eastAsia"/>
                <w:lang w:eastAsia="ja-JP"/>
              </w:rPr>
              <w:t>写真は不要</w:t>
            </w:r>
            <w:r w:rsidRPr="00880363">
              <w:rPr>
                <w:rFonts w:asciiTheme="minorEastAsia" w:hAnsiTheme="minorEastAsia" w:hint="eastAsia"/>
                <w:lang w:eastAsia="ja-JP"/>
              </w:rPr>
              <w:t>です。</w:t>
            </w:r>
          </w:p>
          <w:p w14:paraId="23D5DAF7" w14:textId="77777777" w:rsidR="00494761" w:rsidRPr="00880363" w:rsidRDefault="00D457A1" w:rsidP="008F4B04">
            <w:pPr>
              <w:jc w:val="both"/>
              <w:rPr>
                <w:rFonts w:asciiTheme="minorEastAsia" w:hAnsiTheme="minorEastAsia"/>
                <w:lang w:eastAsia="ja-JP"/>
              </w:rPr>
            </w:pPr>
            <w:r w:rsidRPr="00880363">
              <w:rPr>
                <w:rFonts w:asciiTheme="minorEastAsia" w:hAnsiTheme="minorEastAsia" w:hint="eastAsia"/>
                <w:lang w:eastAsia="ja-JP"/>
              </w:rPr>
              <w:t>□</w:t>
            </w:r>
            <w:r w:rsidR="009C153C" w:rsidRPr="00880363">
              <w:rPr>
                <w:rFonts w:asciiTheme="minorEastAsia" w:hAnsiTheme="minorEastAsia"/>
                <w:lang w:eastAsia="ja-JP"/>
              </w:rPr>
              <w:t>委任状</w:t>
            </w:r>
          </w:p>
          <w:p w14:paraId="3C09FFE4" w14:textId="1BA2AE7A" w:rsidR="002202F2" w:rsidRPr="00880363" w:rsidRDefault="00494761" w:rsidP="008F4B04">
            <w:pPr>
              <w:jc w:val="both"/>
              <w:rPr>
                <w:rFonts w:asciiTheme="minorEastAsia" w:hAnsiTheme="minorEastAsia"/>
                <w:lang w:eastAsia="ja-JP"/>
              </w:rPr>
            </w:pPr>
            <w:r w:rsidRPr="00880363">
              <w:rPr>
                <w:rFonts w:asciiTheme="minorEastAsia" w:hAnsiTheme="minorEastAsia" w:hint="eastAsia"/>
                <w:lang w:eastAsia="ja-JP"/>
              </w:rPr>
              <w:t>※</w:t>
            </w:r>
            <w:r w:rsidR="00880363">
              <w:rPr>
                <w:rFonts w:asciiTheme="minorEastAsia" w:hAnsiTheme="minorEastAsia" w:hint="eastAsia"/>
                <w:lang w:eastAsia="ja-JP"/>
              </w:rPr>
              <w:t>依頼</w:t>
            </w:r>
            <w:r w:rsidRPr="00880363">
              <w:rPr>
                <w:rFonts w:asciiTheme="minorEastAsia" w:hAnsiTheme="minorEastAsia" w:hint="eastAsia"/>
                <w:lang w:eastAsia="ja-JP"/>
              </w:rPr>
              <w:t>者と窓口にこられた方が異なる場合、委任状が必要です。</w:t>
            </w:r>
          </w:p>
          <w:p w14:paraId="39621884" w14:textId="77777777" w:rsidR="00494761" w:rsidRPr="00880363" w:rsidRDefault="00494761" w:rsidP="008F4B04">
            <w:pPr>
              <w:jc w:val="both"/>
              <w:rPr>
                <w:rFonts w:asciiTheme="minorEastAsia" w:hAnsiTheme="minorEastAsia"/>
                <w:lang w:eastAsia="ja-JP"/>
              </w:rPr>
            </w:pPr>
            <w:r w:rsidRPr="00880363">
              <w:rPr>
                <w:rFonts w:asciiTheme="minorEastAsia" w:hAnsiTheme="minorEastAsia" w:hint="eastAsia"/>
                <w:lang w:eastAsia="ja-JP"/>
              </w:rPr>
              <w:t>□承諾書</w:t>
            </w:r>
          </w:p>
          <w:p w14:paraId="5902E720" w14:textId="4393182E" w:rsidR="00494761" w:rsidRPr="00F6084A" w:rsidRDefault="00494761" w:rsidP="008F4B04">
            <w:pPr>
              <w:jc w:val="both"/>
              <w:rPr>
                <w:rFonts w:asciiTheme="minorEastAsia" w:hAnsiTheme="minorEastAsia"/>
                <w:lang w:eastAsia="ja-JP"/>
              </w:rPr>
            </w:pPr>
            <w:r w:rsidRPr="00880363">
              <w:rPr>
                <w:rFonts w:asciiTheme="minorEastAsia" w:hAnsiTheme="minorEastAsia" w:hint="eastAsia"/>
                <w:lang w:eastAsia="ja-JP"/>
              </w:rPr>
              <w:t>※</w:t>
            </w:r>
            <w:r w:rsidR="00880363">
              <w:rPr>
                <w:rFonts w:asciiTheme="minorEastAsia" w:hAnsiTheme="minorEastAsia" w:hint="eastAsia"/>
                <w:lang w:eastAsia="ja-JP"/>
              </w:rPr>
              <w:t>依頼</w:t>
            </w:r>
            <w:r w:rsidRPr="00880363">
              <w:rPr>
                <w:rFonts w:asciiTheme="minorEastAsia" w:hAnsiTheme="minorEastAsia" w:hint="eastAsia"/>
                <w:lang w:eastAsia="ja-JP"/>
              </w:rPr>
              <w:t>者</w:t>
            </w:r>
            <w:r w:rsidR="00AA7E76" w:rsidRPr="00880363">
              <w:rPr>
                <w:rFonts w:asciiTheme="minorEastAsia" w:hAnsiTheme="minorEastAsia" w:hint="eastAsia"/>
                <w:lang w:eastAsia="ja-JP"/>
              </w:rPr>
              <w:t>と所有者</w:t>
            </w:r>
            <w:r w:rsidRPr="00880363">
              <w:rPr>
                <w:rFonts w:asciiTheme="minorEastAsia" w:hAnsiTheme="minorEastAsia" w:hint="eastAsia"/>
                <w:lang w:eastAsia="ja-JP"/>
              </w:rPr>
              <w:t>が異なる場合は、承諾書が必要です。</w:t>
            </w:r>
          </w:p>
        </w:tc>
      </w:tr>
    </w:tbl>
    <w:p w14:paraId="3FD9EA5A" w14:textId="77777777" w:rsidR="00D457A1" w:rsidRPr="00F6084A" w:rsidRDefault="00D457A1" w:rsidP="00D457A1">
      <w:pPr>
        <w:spacing w:line="240" w:lineRule="auto"/>
        <w:rPr>
          <w:rFonts w:asciiTheme="minorEastAsia" w:hAnsiTheme="minorEastAsia"/>
          <w:lang w:eastAsia="ja-JP"/>
        </w:rPr>
      </w:pPr>
    </w:p>
    <w:p w14:paraId="3BBBB320" w14:textId="60AAD3E2" w:rsidR="002202F2" w:rsidRPr="00F6084A" w:rsidRDefault="00F6084A" w:rsidP="00D457A1">
      <w:pPr>
        <w:spacing w:line="240" w:lineRule="auto"/>
        <w:rPr>
          <w:rFonts w:asciiTheme="minorEastAsia" w:hAnsiTheme="minorEastAsia"/>
          <w:b/>
          <w:bCs/>
        </w:rPr>
      </w:pPr>
      <w:r w:rsidRPr="00F6084A">
        <w:rPr>
          <w:rFonts w:asciiTheme="minorEastAsia" w:hAnsiTheme="minorEastAsia" w:hint="eastAsia"/>
          <w:b/>
          <w:bCs/>
          <w:sz w:val="28"/>
          <w:szCs w:val="28"/>
          <w:lang w:eastAsia="ja-JP"/>
        </w:rPr>
        <w:t>５</w:t>
      </w:r>
      <w:r w:rsidR="009C153C" w:rsidRPr="00F6084A">
        <w:rPr>
          <w:rFonts w:asciiTheme="minorEastAsia" w:hAnsiTheme="minorEastAsia"/>
          <w:b/>
          <w:bCs/>
          <w:sz w:val="28"/>
          <w:szCs w:val="28"/>
        </w:rPr>
        <w:t xml:space="preserve"> </w:t>
      </w:r>
      <w:r w:rsidR="00AA7E76">
        <w:rPr>
          <w:rFonts w:asciiTheme="minorEastAsia" w:hAnsiTheme="minorEastAsia" w:hint="eastAsia"/>
          <w:b/>
          <w:bCs/>
          <w:sz w:val="28"/>
          <w:szCs w:val="28"/>
          <w:lang w:eastAsia="ja-JP"/>
        </w:rPr>
        <w:t>依頼</w:t>
      </w:r>
      <w:proofErr w:type="spellStart"/>
      <w:r w:rsidR="009C153C" w:rsidRPr="00F6084A">
        <w:rPr>
          <w:rFonts w:asciiTheme="minorEastAsia" w:hAnsiTheme="minorEastAsia"/>
          <w:b/>
          <w:bCs/>
          <w:sz w:val="28"/>
          <w:szCs w:val="28"/>
        </w:rPr>
        <w:t>者確認</w:t>
      </w:r>
      <w:proofErr w:type="spellEnd"/>
    </w:p>
    <w:tbl>
      <w:tblPr>
        <w:tblStyle w:val="afe"/>
        <w:tblW w:w="0" w:type="auto"/>
        <w:jc w:val="center"/>
        <w:tblLook w:val="04A0" w:firstRow="1" w:lastRow="0" w:firstColumn="1" w:lastColumn="0" w:noHBand="0" w:noVBand="1"/>
      </w:tblPr>
      <w:tblGrid>
        <w:gridCol w:w="2136"/>
        <w:gridCol w:w="6522"/>
      </w:tblGrid>
      <w:tr w:rsidR="002202F2" w:rsidRPr="00F6084A" w14:paraId="30BA78ED" w14:textId="77777777" w:rsidTr="00AA7E76">
        <w:trPr>
          <w:trHeight w:val="1237"/>
          <w:jc w:val="center"/>
        </w:trPr>
        <w:tc>
          <w:tcPr>
            <w:tcW w:w="2136" w:type="dxa"/>
            <w:vAlign w:val="center"/>
          </w:tcPr>
          <w:p w14:paraId="2AD39C48" w14:textId="77777777" w:rsidR="002202F2" w:rsidRPr="00F6084A" w:rsidRDefault="009C153C" w:rsidP="00F6084A">
            <w:pPr>
              <w:jc w:val="center"/>
              <w:rPr>
                <w:rFonts w:asciiTheme="minorEastAsia" w:hAnsiTheme="minorEastAsia"/>
              </w:rPr>
            </w:pPr>
            <w:proofErr w:type="spellStart"/>
            <w:r w:rsidRPr="00F6084A">
              <w:rPr>
                <w:rFonts w:asciiTheme="minorEastAsia" w:hAnsiTheme="minorEastAsia"/>
              </w:rPr>
              <w:t>確認事項</w:t>
            </w:r>
            <w:proofErr w:type="spellEnd"/>
          </w:p>
        </w:tc>
        <w:tc>
          <w:tcPr>
            <w:tcW w:w="6522" w:type="dxa"/>
          </w:tcPr>
          <w:p w14:paraId="3F1898F0" w14:textId="68004DE5" w:rsidR="00880363" w:rsidRDefault="005B740D" w:rsidP="00D457A1">
            <w:pPr>
              <w:rPr>
                <w:rFonts w:asciiTheme="minorEastAsia" w:hAnsiTheme="minorEastAsia"/>
                <w:lang w:eastAsia="ja-JP"/>
              </w:rPr>
            </w:pPr>
            <w:r w:rsidRPr="00F6084A">
              <w:rPr>
                <w:rFonts w:asciiTheme="minorEastAsia" w:hAnsiTheme="minorEastAsia" w:hint="eastAsia"/>
                <w:lang w:eastAsia="ja-JP"/>
              </w:rPr>
              <w:t>□</w:t>
            </w:r>
            <w:r w:rsidR="00F6084A">
              <w:rPr>
                <w:rFonts w:asciiTheme="minorEastAsia" w:hAnsiTheme="minorEastAsia" w:hint="eastAsia"/>
                <w:lang w:eastAsia="ja-JP"/>
              </w:rPr>
              <w:t xml:space="preserve">　</w:t>
            </w:r>
            <w:r w:rsidR="009C153C" w:rsidRPr="00F6084A">
              <w:rPr>
                <w:rFonts w:asciiTheme="minorEastAsia" w:hAnsiTheme="minorEastAsia"/>
                <w:lang w:eastAsia="ja-JP"/>
              </w:rPr>
              <w:t>災害により発生した</w:t>
            </w:r>
            <w:r w:rsidR="00880363">
              <w:rPr>
                <w:rFonts w:asciiTheme="minorEastAsia" w:hAnsiTheme="minorEastAsia" w:hint="eastAsia"/>
                <w:lang w:eastAsia="ja-JP"/>
              </w:rPr>
              <w:t>がれき</w:t>
            </w:r>
            <w:r w:rsidR="009C153C" w:rsidRPr="00F6084A">
              <w:rPr>
                <w:rFonts w:asciiTheme="minorEastAsia" w:hAnsiTheme="minorEastAsia"/>
                <w:lang w:eastAsia="ja-JP"/>
              </w:rPr>
              <w:t>です</w:t>
            </w:r>
          </w:p>
          <w:p w14:paraId="30C076FD" w14:textId="77777777" w:rsidR="00F6084A" w:rsidRDefault="00880363" w:rsidP="00D457A1">
            <w:pPr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□　解体作業を伴わないがれきです</w:t>
            </w:r>
            <w:r w:rsidR="009C153C" w:rsidRPr="00F6084A">
              <w:rPr>
                <w:rFonts w:asciiTheme="minorEastAsia" w:hAnsiTheme="minorEastAsia"/>
                <w:lang w:eastAsia="ja-JP"/>
              </w:rPr>
              <w:br/>
            </w:r>
            <w:r w:rsidR="005B740D" w:rsidRPr="00F6084A">
              <w:rPr>
                <w:rFonts w:asciiTheme="minorEastAsia" w:hAnsiTheme="minorEastAsia" w:hint="eastAsia"/>
                <w:lang w:eastAsia="ja-JP"/>
              </w:rPr>
              <w:t>□</w:t>
            </w:r>
            <w:r w:rsidR="00F6084A">
              <w:rPr>
                <w:rFonts w:asciiTheme="minorEastAsia" w:hAnsiTheme="minorEastAsia" w:hint="eastAsia"/>
                <w:lang w:eastAsia="ja-JP"/>
              </w:rPr>
              <w:t xml:space="preserve">　</w:t>
            </w:r>
            <w:r w:rsidR="00EC4A0D">
              <w:rPr>
                <w:rFonts w:asciiTheme="minorEastAsia" w:hAnsiTheme="minorEastAsia" w:hint="eastAsia"/>
                <w:lang w:eastAsia="ja-JP"/>
              </w:rPr>
              <w:t>がれきに危険物の混入はありません</w:t>
            </w:r>
            <w:r w:rsidR="009C153C" w:rsidRPr="00F6084A">
              <w:rPr>
                <w:rFonts w:asciiTheme="minorEastAsia" w:hAnsiTheme="minorEastAsia"/>
                <w:lang w:eastAsia="ja-JP"/>
              </w:rPr>
              <w:br/>
            </w:r>
            <w:r w:rsidR="005B740D" w:rsidRPr="00F6084A">
              <w:rPr>
                <w:rFonts w:asciiTheme="minorEastAsia" w:hAnsiTheme="minorEastAsia" w:hint="eastAsia"/>
                <w:lang w:eastAsia="ja-JP"/>
              </w:rPr>
              <w:t>□</w:t>
            </w:r>
            <w:r w:rsidR="00F6084A">
              <w:rPr>
                <w:rFonts w:asciiTheme="minorEastAsia" w:hAnsiTheme="minorEastAsia" w:hint="eastAsia"/>
                <w:lang w:eastAsia="ja-JP"/>
              </w:rPr>
              <w:t xml:space="preserve">　</w:t>
            </w:r>
            <w:r w:rsidR="005B740D" w:rsidRPr="00F6084A">
              <w:rPr>
                <w:rFonts w:asciiTheme="minorEastAsia" w:hAnsiTheme="minorEastAsia" w:hint="eastAsia"/>
                <w:lang w:eastAsia="ja-JP"/>
              </w:rPr>
              <w:t>回収業者への</w:t>
            </w:r>
            <w:r w:rsidR="009C153C" w:rsidRPr="00F6084A">
              <w:rPr>
                <w:rFonts w:asciiTheme="minorEastAsia" w:hAnsiTheme="minorEastAsia"/>
                <w:lang w:eastAsia="ja-JP"/>
              </w:rPr>
              <w:t>情報共有に同意します</w:t>
            </w:r>
            <w:r w:rsidR="009C153C" w:rsidRPr="00F6084A">
              <w:rPr>
                <w:rFonts w:asciiTheme="minorEastAsia" w:hAnsiTheme="minorEastAsia"/>
                <w:lang w:eastAsia="ja-JP"/>
              </w:rPr>
              <w:br/>
            </w:r>
            <w:r w:rsidR="005B740D" w:rsidRPr="00F6084A">
              <w:rPr>
                <w:rFonts w:asciiTheme="minorEastAsia" w:hAnsiTheme="minorEastAsia" w:hint="eastAsia"/>
                <w:lang w:eastAsia="ja-JP"/>
              </w:rPr>
              <w:t>□</w:t>
            </w:r>
            <w:r w:rsidR="00F6084A">
              <w:rPr>
                <w:rFonts w:asciiTheme="minorEastAsia" w:hAnsiTheme="minorEastAsia" w:hint="eastAsia"/>
                <w:lang w:eastAsia="ja-JP"/>
              </w:rPr>
              <w:t xml:space="preserve">　</w:t>
            </w:r>
            <w:r w:rsidR="009C153C" w:rsidRPr="00F6084A">
              <w:rPr>
                <w:rFonts w:asciiTheme="minorEastAsia" w:hAnsiTheme="minorEastAsia"/>
                <w:lang w:eastAsia="ja-JP"/>
              </w:rPr>
              <w:t>対象外物は収集できない</w:t>
            </w:r>
            <w:r w:rsidR="009C153C" w:rsidRPr="00F6084A">
              <w:rPr>
                <w:rFonts w:asciiTheme="minorEastAsia" w:hAnsiTheme="minorEastAsia" w:hint="eastAsia"/>
                <w:lang w:eastAsia="ja-JP"/>
              </w:rPr>
              <w:t>ことを理解し</w:t>
            </w:r>
            <w:r>
              <w:rPr>
                <w:rFonts w:asciiTheme="minorEastAsia" w:hAnsiTheme="minorEastAsia" w:hint="eastAsia"/>
                <w:lang w:eastAsia="ja-JP"/>
              </w:rPr>
              <w:t>ました</w:t>
            </w:r>
          </w:p>
          <w:p w14:paraId="131F3ED7" w14:textId="043FF77E" w:rsidR="00EC4A0D" w:rsidRPr="00F6084A" w:rsidRDefault="00EC4A0D" w:rsidP="00EC4A0D">
            <w:pPr>
              <w:ind w:left="220" w:hangingChars="100" w:hanging="220"/>
              <w:rPr>
                <w:rFonts w:asciiTheme="minorEastAsia" w:hAnsiTheme="minorEastAsia" w:hint="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※対象外物があった場合、収集時に分別し、一部又は全部を収集しない場合があります。</w:t>
            </w:r>
          </w:p>
        </w:tc>
      </w:tr>
      <w:tr w:rsidR="002202F2" w:rsidRPr="00F6084A" w14:paraId="4F938F75" w14:textId="77777777" w:rsidTr="001A03D7">
        <w:trPr>
          <w:trHeight w:val="716"/>
          <w:jc w:val="center"/>
        </w:trPr>
        <w:tc>
          <w:tcPr>
            <w:tcW w:w="2136" w:type="dxa"/>
            <w:vAlign w:val="center"/>
          </w:tcPr>
          <w:p w14:paraId="7CBDE620" w14:textId="4B57AA86" w:rsidR="002202F2" w:rsidRPr="00F6084A" w:rsidRDefault="00AA7E76" w:rsidP="00F6084A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lang w:eastAsia="ja-JP"/>
              </w:rPr>
              <w:t>確認</w:t>
            </w:r>
            <w:proofErr w:type="spellStart"/>
            <w:r w:rsidR="009C153C" w:rsidRPr="00F6084A">
              <w:rPr>
                <w:rFonts w:asciiTheme="minorEastAsia" w:hAnsiTheme="minorEastAsia"/>
              </w:rPr>
              <w:t>者署名</w:t>
            </w:r>
            <w:proofErr w:type="spellEnd"/>
          </w:p>
        </w:tc>
        <w:tc>
          <w:tcPr>
            <w:tcW w:w="6522" w:type="dxa"/>
          </w:tcPr>
          <w:p w14:paraId="1C324526" w14:textId="77777777" w:rsidR="002202F2" w:rsidRPr="00F6084A" w:rsidRDefault="002202F2" w:rsidP="00D457A1">
            <w:pPr>
              <w:rPr>
                <w:rFonts w:asciiTheme="minorEastAsia" w:hAnsiTheme="minorEastAsia"/>
              </w:rPr>
            </w:pPr>
          </w:p>
        </w:tc>
      </w:tr>
    </w:tbl>
    <w:p w14:paraId="4C6C6355" w14:textId="77777777" w:rsidR="002202F2" w:rsidRPr="00F6084A" w:rsidRDefault="002202F2" w:rsidP="00D457A1">
      <w:pPr>
        <w:spacing w:line="240" w:lineRule="auto"/>
        <w:rPr>
          <w:rFonts w:asciiTheme="minorEastAsia" w:hAnsiTheme="minorEastAsia"/>
        </w:rPr>
      </w:pPr>
    </w:p>
    <w:sectPr w:rsidR="002202F2" w:rsidRPr="00F6084A" w:rsidSect="00F6084A">
      <w:pgSz w:w="12240" w:h="15840"/>
      <w:pgMar w:top="993" w:right="1325" w:bottom="1134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245D5" w14:textId="77777777" w:rsidR="00D457A1" w:rsidRDefault="00D457A1" w:rsidP="00D457A1">
      <w:pPr>
        <w:spacing w:after="0" w:line="240" w:lineRule="auto"/>
      </w:pPr>
      <w:r>
        <w:separator/>
      </w:r>
    </w:p>
  </w:endnote>
  <w:endnote w:type="continuationSeparator" w:id="0">
    <w:p w14:paraId="1C4722BF" w14:textId="77777777" w:rsidR="00D457A1" w:rsidRDefault="00D457A1" w:rsidP="00D45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49961" w14:textId="77777777" w:rsidR="00D457A1" w:rsidRDefault="00D457A1" w:rsidP="00D457A1">
      <w:pPr>
        <w:spacing w:after="0" w:line="240" w:lineRule="auto"/>
      </w:pPr>
      <w:r>
        <w:separator/>
      </w:r>
    </w:p>
  </w:footnote>
  <w:footnote w:type="continuationSeparator" w:id="0">
    <w:p w14:paraId="7EF6866C" w14:textId="77777777" w:rsidR="00D457A1" w:rsidRDefault="00D457A1" w:rsidP="00D457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47682211">
    <w:abstractNumId w:val="8"/>
  </w:num>
  <w:num w:numId="2" w16cid:durableId="96601580">
    <w:abstractNumId w:val="6"/>
  </w:num>
  <w:num w:numId="3" w16cid:durableId="917716440">
    <w:abstractNumId w:val="5"/>
  </w:num>
  <w:num w:numId="4" w16cid:durableId="1774855963">
    <w:abstractNumId w:val="4"/>
  </w:num>
  <w:num w:numId="5" w16cid:durableId="1894080123">
    <w:abstractNumId w:val="7"/>
  </w:num>
  <w:num w:numId="6" w16cid:durableId="883098644">
    <w:abstractNumId w:val="3"/>
  </w:num>
  <w:num w:numId="7" w16cid:durableId="1574851720">
    <w:abstractNumId w:val="2"/>
  </w:num>
  <w:num w:numId="8" w16cid:durableId="1294679536">
    <w:abstractNumId w:val="1"/>
  </w:num>
  <w:num w:numId="9" w16cid:durableId="782768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57A3"/>
    <w:rsid w:val="0006063C"/>
    <w:rsid w:val="00095A25"/>
    <w:rsid w:val="0015074B"/>
    <w:rsid w:val="001661C3"/>
    <w:rsid w:val="001A03D7"/>
    <w:rsid w:val="001B17ED"/>
    <w:rsid w:val="001B26BD"/>
    <w:rsid w:val="001B7965"/>
    <w:rsid w:val="002202F2"/>
    <w:rsid w:val="00236535"/>
    <w:rsid w:val="0029639D"/>
    <w:rsid w:val="002B205E"/>
    <w:rsid w:val="00326F90"/>
    <w:rsid w:val="00494761"/>
    <w:rsid w:val="0050419A"/>
    <w:rsid w:val="005450B4"/>
    <w:rsid w:val="005B740D"/>
    <w:rsid w:val="00607385"/>
    <w:rsid w:val="00670C17"/>
    <w:rsid w:val="006E1408"/>
    <w:rsid w:val="00806D97"/>
    <w:rsid w:val="00880363"/>
    <w:rsid w:val="008816D0"/>
    <w:rsid w:val="008B0AAF"/>
    <w:rsid w:val="008F4B04"/>
    <w:rsid w:val="00956CB6"/>
    <w:rsid w:val="00960DD2"/>
    <w:rsid w:val="009C04E2"/>
    <w:rsid w:val="009C153C"/>
    <w:rsid w:val="00AA1D8D"/>
    <w:rsid w:val="00AA7E76"/>
    <w:rsid w:val="00B47730"/>
    <w:rsid w:val="00B67CE7"/>
    <w:rsid w:val="00C51173"/>
    <w:rsid w:val="00C7101C"/>
    <w:rsid w:val="00C972CF"/>
    <w:rsid w:val="00CB0664"/>
    <w:rsid w:val="00D23EEC"/>
    <w:rsid w:val="00D457A1"/>
    <w:rsid w:val="00D74D1A"/>
    <w:rsid w:val="00DD192C"/>
    <w:rsid w:val="00E93D5F"/>
    <w:rsid w:val="00EC4A0D"/>
    <w:rsid w:val="00F6084A"/>
    <w:rsid w:val="00F703E8"/>
    <w:rsid w:val="00FC42B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29E0DA13"/>
  <w14:defaultImageDpi w14:val="300"/>
  <w15:docId w15:val="{8D2883CE-20F0-4A5D-82E2-84CA347E9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D457A1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115</Words>
  <Characters>658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酒井　雄太郎</dc:creator>
  <cp:keywords/>
  <dc:description>generated by python-docx</dc:description>
  <cp:lastModifiedBy>藤本　勝利</cp:lastModifiedBy>
  <cp:revision>20</cp:revision>
  <cp:lastPrinted>2026-07-29T09:49:00Z</cp:lastPrinted>
  <dcterms:created xsi:type="dcterms:W3CDTF">2026-07-29T05:56:00Z</dcterms:created>
  <dcterms:modified xsi:type="dcterms:W3CDTF">2026-07-30T02:32:00Z</dcterms:modified>
  <cp:category/>
</cp:coreProperties>
</file>