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e"/>
        <w:tblpPr w:leftFromText="142" w:rightFromText="142" w:vertAnchor="page" w:horzAnchor="margin" w:tblpXSpec="right" w:tblpY="761"/>
        <w:tblW w:w="0" w:type="auto"/>
        <w:tblLook w:val="04A0" w:firstRow="1" w:lastRow="0" w:firstColumn="1" w:lastColumn="0" w:noHBand="0" w:noVBand="1"/>
      </w:tblPr>
      <w:tblGrid>
        <w:gridCol w:w="1134"/>
      </w:tblGrid>
      <w:tr w:rsidR="006A4DC5" w:rsidRPr="008C7EEB" w14:paraId="271DB7DC" w14:textId="77777777" w:rsidTr="006A4DC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EC01" w14:textId="77777777" w:rsidR="006A4DC5" w:rsidRPr="006A4DC5" w:rsidRDefault="006A4DC5" w:rsidP="006A4DC5">
            <w:pPr>
              <w:snapToGrid w:val="0"/>
              <w:jc w:val="center"/>
              <w:rPr>
                <w:rFonts w:asciiTheme="minorEastAsia" w:hAnsiTheme="minorEastAsia"/>
                <w:b/>
                <w:szCs w:val="18"/>
                <w:lang w:eastAsia="ja-JP"/>
              </w:rPr>
            </w:pPr>
            <w:r w:rsidRPr="006A4DC5">
              <w:rPr>
                <w:rFonts w:asciiTheme="minorEastAsia" w:hAnsiTheme="minorEastAsia" w:hint="eastAsia"/>
                <w:b/>
                <w:szCs w:val="18"/>
                <w:lang w:eastAsia="ja-JP"/>
              </w:rPr>
              <w:t>受付No.</w:t>
            </w:r>
          </w:p>
        </w:tc>
      </w:tr>
      <w:tr w:rsidR="006A4DC5" w:rsidRPr="008C7EEB" w14:paraId="72F7B80A" w14:textId="77777777" w:rsidTr="006A4DC5">
        <w:trPr>
          <w:trHeight w:val="4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3010" w14:textId="77777777" w:rsidR="006A4DC5" w:rsidRPr="008C7EEB" w:rsidRDefault="006A4DC5" w:rsidP="006A4DC5">
            <w:pPr>
              <w:spacing w:after="200"/>
              <w:jc w:val="center"/>
              <w:rPr>
                <w:rFonts w:asciiTheme="minorEastAsia" w:hAnsiTheme="minorEastAsia"/>
                <w:bCs/>
                <w:szCs w:val="18"/>
                <w:lang w:eastAsia="ja-JP"/>
              </w:rPr>
            </w:pPr>
          </w:p>
        </w:tc>
      </w:tr>
    </w:tbl>
    <w:p w14:paraId="6D61A015" w14:textId="27273DC4" w:rsidR="008C7EEB" w:rsidRDefault="006A4DC5" w:rsidP="00F6084A">
      <w:pPr>
        <w:spacing w:line="240" w:lineRule="auto"/>
        <w:jc w:val="center"/>
        <w:rPr>
          <w:rFonts w:asciiTheme="minorEastAsia" w:hAnsiTheme="minorEastAsia"/>
          <w:b/>
          <w:sz w:val="32"/>
          <w:lang w:eastAsia="ja-JP"/>
        </w:rPr>
      </w:pPr>
      <w:r>
        <w:rPr>
          <w:rFonts w:asciiTheme="minorEastAsia" w:hAnsiTheme="minorEastAsia" w:hint="eastAsia"/>
          <w:b/>
          <w:sz w:val="32"/>
          <w:lang w:eastAsia="ja-JP"/>
        </w:rPr>
        <w:t xml:space="preserve">　　</w:t>
      </w:r>
    </w:p>
    <w:p w14:paraId="1C37A1D8" w14:textId="277946FF" w:rsidR="00D457A1" w:rsidRPr="00F6084A" w:rsidRDefault="006A4DC5" w:rsidP="00F6084A">
      <w:pPr>
        <w:spacing w:line="240" w:lineRule="auto"/>
        <w:jc w:val="center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b/>
          <w:sz w:val="32"/>
          <w:lang w:eastAsia="ja-JP"/>
        </w:rPr>
        <w:t xml:space="preserve">　</w:t>
      </w:r>
      <w:r w:rsidR="00DD192C">
        <w:rPr>
          <w:rFonts w:asciiTheme="minorEastAsia" w:hAnsiTheme="minorEastAsia" w:hint="eastAsia"/>
          <w:b/>
          <w:sz w:val="32"/>
          <w:lang w:eastAsia="ja-JP"/>
        </w:rPr>
        <w:t xml:space="preserve">令和８年熊本地震　</w:t>
      </w:r>
      <w:r w:rsidR="009C153C" w:rsidRPr="00F6084A">
        <w:rPr>
          <w:rFonts w:asciiTheme="minorEastAsia" w:hAnsiTheme="minorEastAsia"/>
          <w:b/>
          <w:sz w:val="32"/>
          <w:lang w:eastAsia="ja-JP"/>
        </w:rPr>
        <w:t>災害</w:t>
      </w:r>
      <w:r w:rsidR="00AA7E76">
        <w:rPr>
          <w:rFonts w:asciiTheme="minorEastAsia" w:hAnsiTheme="minorEastAsia" w:hint="eastAsia"/>
          <w:b/>
          <w:sz w:val="32"/>
          <w:lang w:eastAsia="ja-JP"/>
        </w:rPr>
        <w:t>がれき</w:t>
      </w:r>
      <w:r w:rsidR="00DD192C">
        <w:rPr>
          <w:rFonts w:asciiTheme="minorEastAsia" w:hAnsiTheme="minorEastAsia" w:hint="eastAsia"/>
          <w:b/>
          <w:sz w:val="32"/>
          <w:lang w:eastAsia="ja-JP"/>
        </w:rPr>
        <w:t>撤去</w:t>
      </w:r>
      <w:r w:rsidR="00D74D1A" w:rsidRPr="00F6084A">
        <w:rPr>
          <w:rFonts w:asciiTheme="minorEastAsia" w:hAnsiTheme="minorEastAsia" w:hint="eastAsia"/>
          <w:b/>
          <w:sz w:val="32"/>
          <w:lang w:eastAsia="ja-JP"/>
        </w:rPr>
        <w:t>依頼書</w:t>
      </w:r>
      <w:r w:rsidR="00CD7E24">
        <w:rPr>
          <w:rFonts w:asciiTheme="minorEastAsia" w:hAnsiTheme="minorEastAsia" w:hint="eastAsia"/>
          <w:b/>
          <w:sz w:val="32"/>
          <w:lang w:eastAsia="ja-JP"/>
        </w:rPr>
        <w:t>（記入例）</w:t>
      </w:r>
    </w:p>
    <w:p w14:paraId="057DD61F" w14:textId="70F04665" w:rsidR="00D457A1" w:rsidRPr="00F6084A" w:rsidRDefault="00AA7E76" w:rsidP="00D457A1">
      <w:pPr>
        <w:spacing w:line="240" w:lineRule="auto"/>
        <w:jc w:val="right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ja-JP"/>
        </w:rPr>
        <w:t>依頼</w:t>
      </w:r>
      <w:r w:rsidR="00D457A1" w:rsidRPr="00F6084A">
        <w:rPr>
          <w:rFonts w:asciiTheme="minorEastAsia" w:hAnsiTheme="minorEastAsia" w:hint="eastAsia"/>
          <w:lang w:eastAsia="zh-TW"/>
        </w:rPr>
        <w:t>日　令和</w:t>
      </w:r>
      <w:r>
        <w:rPr>
          <w:rFonts w:asciiTheme="minorEastAsia" w:hAnsiTheme="minorEastAsia" w:hint="eastAsia"/>
          <w:lang w:eastAsia="ja-JP"/>
        </w:rPr>
        <w:t xml:space="preserve">　</w:t>
      </w:r>
      <w:r w:rsidR="006C46CC" w:rsidRPr="006C46CC">
        <w:rPr>
          <w:rFonts w:asciiTheme="minorEastAsia" w:hAnsiTheme="minorEastAsia" w:hint="eastAsia"/>
          <w:color w:val="FF0000"/>
          <w:lang w:eastAsia="ja-JP"/>
        </w:rPr>
        <w:t>８</w:t>
      </w:r>
      <w:r w:rsidR="00D457A1" w:rsidRPr="00F6084A">
        <w:rPr>
          <w:rFonts w:asciiTheme="minorEastAsia" w:hAnsiTheme="minorEastAsia" w:hint="eastAsia"/>
          <w:lang w:eastAsia="zh-TW"/>
        </w:rPr>
        <w:t xml:space="preserve">年　</w:t>
      </w:r>
      <w:r w:rsidR="006C46CC" w:rsidRPr="006C46CC">
        <w:rPr>
          <w:rFonts w:asciiTheme="minorEastAsia" w:hAnsiTheme="minorEastAsia" w:hint="eastAsia"/>
          <w:color w:val="FF0000"/>
          <w:lang w:eastAsia="ja-JP"/>
        </w:rPr>
        <w:t>●</w:t>
      </w:r>
      <w:r w:rsidR="00D457A1" w:rsidRPr="00F6084A">
        <w:rPr>
          <w:rFonts w:asciiTheme="minorEastAsia" w:hAnsiTheme="minorEastAsia" w:hint="eastAsia"/>
          <w:lang w:eastAsia="zh-TW"/>
        </w:rPr>
        <w:t xml:space="preserve">月　</w:t>
      </w:r>
      <w:r w:rsidR="006C46CC" w:rsidRPr="006C46CC">
        <w:rPr>
          <w:rFonts w:asciiTheme="minorEastAsia" w:hAnsiTheme="minorEastAsia" w:hint="eastAsia"/>
          <w:color w:val="FF0000"/>
          <w:lang w:eastAsia="ja-JP"/>
        </w:rPr>
        <w:t>●</w:t>
      </w:r>
      <w:r w:rsidR="00D457A1" w:rsidRPr="00F6084A">
        <w:rPr>
          <w:rFonts w:asciiTheme="minorEastAsia" w:hAnsiTheme="minorEastAsia" w:hint="eastAsia"/>
          <w:lang w:eastAsia="zh-TW"/>
        </w:rPr>
        <w:t>日</w:t>
      </w:r>
    </w:p>
    <w:p w14:paraId="30E2D771" w14:textId="77777777" w:rsidR="00B67CE7" w:rsidRPr="00AA7E76" w:rsidRDefault="00B67CE7" w:rsidP="006A4DC5">
      <w:pPr>
        <w:snapToGrid w:val="0"/>
        <w:spacing w:after="0" w:line="180" w:lineRule="auto"/>
        <w:ind w:firstLineChars="100" w:firstLine="240"/>
        <w:rPr>
          <w:rFonts w:asciiTheme="minorEastAsia" w:hAnsiTheme="minorEastAsia"/>
          <w:sz w:val="24"/>
          <w:szCs w:val="24"/>
          <w:lang w:eastAsia="zh-TW"/>
        </w:rPr>
      </w:pPr>
    </w:p>
    <w:p w14:paraId="13037699" w14:textId="3668052F" w:rsidR="00FC42B8" w:rsidRPr="00F6084A" w:rsidRDefault="00FC42B8" w:rsidP="00F6084A">
      <w:pPr>
        <w:spacing w:line="240" w:lineRule="auto"/>
        <w:ind w:firstLineChars="100" w:firstLine="240"/>
        <w:rPr>
          <w:rFonts w:asciiTheme="minorEastAsia" w:hAnsiTheme="minorEastAsia"/>
          <w:sz w:val="24"/>
          <w:szCs w:val="24"/>
          <w:lang w:eastAsia="ja-JP"/>
        </w:rPr>
      </w:pPr>
      <w:r w:rsidRPr="00F6084A">
        <w:rPr>
          <w:rFonts w:asciiTheme="minorEastAsia" w:hAnsiTheme="minorEastAsia" w:hint="eastAsia"/>
          <w:sz w:val="24"/>
          <w:szCs w:val="24"/>
          <w:lang w:eastAsia="ja-JP"/>
        </w:rPr>
        <w:t>以下の</w:t>
      </w:r>
      <w:r w:rsidR="00DD192C">
        <w:rPr>
          <w:rFonts w:asciiTheme="minorEastAsia" w:hAnsiTheme="minorEastAsia" w:hint="eastAsia"/>
          <w:sz w:val="24"/>
          <w:szCs w:val="24"/>
          <w:lang w:eastAsia="ja-JP"/>
        </w:rPr>
        <w:t>とお</w:t>
      </w:r>
      <w:r w:rsidRPr="00F6084A">
        <w:rPr>
          <w:rFonts w:asciiTheme="minorEastAsia" w:hAnsiTheme="minorEastAsia" w:hint="eastAsia"/>
          <w:sz w:val="24"/>
          <w:szCs w:val="24"/>
          <w:lang w:eastAsia="ja-JP"/>
        </w:rPr>
        <w:t>り、災害廃棄物として</w:t>
      </w:r>
      <w:r w:rsidR="00956CB6">
        <w:rPr>
          <w:rFonts w:asciiTheme="minorEastAsia" w:hAnsiTheme="minorEastAsia" w:hint="eastAsia"/>
          <w:sz w:val="24"/>
          <w:szCs w:val="24"/>
          <w:lang w:eastAsia="ja-JP"/>
        </w:rPr>
        <w:t>収集・処分</w:t>
      </w:r>
      <w:r w:rsidRPr="00F6084A">
        <w:rPr>
          <w:rFonts w:asciiTheme="minorEastAsia" w:hAnsiTheme="minorEastAsia" w:hint="eastAsia"/>
          <w:sz w:val="24"/>
          <w:szCs w:val="24"/>
          <w:lang w:eastAsia="ja-JP"/>
        </w:rPr>
        <w:t>することを依頼します。</w:t>
      </w:r>
    </w:p>
    <w:p w14:paraId="248C47DE" w14:textId="46CE6968" w:rsidR="002202F2" w:rsidRPr="00960DD2" w:rsidRDefault="00494761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  <w:lang w:eastAsia="ja-JP"/>
        </w:rPr>
      </w:pPr>
      <w:r w:rsidRP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１</w:t>
      </w:r>
      <w:r w:rsid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 xml:space="preserve"> </w:t>
      </w:r>
      <w:r w:rsidRP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依頼者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235"/>
      </w:tblGrid>
      <w:tr w:rsidR="00AA7E76" w:rsidRPr="00F6084A" w14:paraId="03812A50" w14:textId="77777777" w:rsidTr="006A4DC5">
        <w:trPr>
          <w:trHeight w:val="567"/>
          <w:jc w:val="center"/>
        </w:trPr>
        <w:tc>
          <w:tcPr>
            <w:tcW w:w="2405" w:type="dxa"/>
            <w:vAlign w:val="center"/>
          </w:tcPr>
          <w:p w14:paraId="3CB6F776" w14:textId="49E634B8" w:rsidR="00AA7E76" w:rsidRPr="00F6084A" w:rsidRDefault="00AA7E76" w:rsidP="00AA7E76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区分</w:t>
            </w:r>
          </w:p>
        </w:tc>
        <w:tc>
          <w:tcPr>
            <w:tcW w:w="6235" w:type="dxa"/>
            <w:vAlign w:val="center"/>
          </w:tcPr>
          <w:p w14:paraId="52403013" w14:textId="77AEA194" w:rsidR="00AA7E76" w:rsidRPr="00F6084A" w:rsidRDefault="006A4DC5" w:rsidP="00AA7E7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5A7B15" wp14:editId="6110D84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-121920</wp:posOffset>
                      </wp:positionV>
                      <wp:extent cx="114300" cy="257175"/>
                      <wp:effectExtent l="61912" t="14288" r="42863" b="138112"/>
                      <wp:wrapNone/>
                      <wp:docPr id="52765270" name="フレーム (半分)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3533">
                                <a:off x="0" y="0"/>
                                <a:ext cx="114300" cy="257175"/>
                              </a:xfrm>
                              <a:prstGeom prst="half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8025B8" id="フレーム (半分) 1" o:spid="_x0000_s1026" style="position:absolute;margin-left:3.4pt;margin-top:-9.6pt;width:9pt;height:20.25pt;rotation:-8821656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" path="m,l114300,,97367,38100r-59267,l38100,171451,,257175,,xe" fillcolor="red" stroked="f">
                      <v:shadow on="t" color="black" opacity="22937f" origin=",.5" offset="0,.63889mm"/>
                      <v:path arrowok="t" o:connecttype="custom" o:connectlocs="0,0;114300,0;97367,38100;38100,38100;38100,171451;0,257175;0,0" o:connectangles="0,0,0,0,0,0,0"/>
                    </v:shape>
                  </w:pict>
                </mc:Fallback>
              </mc:AlternateContent>
            </w:r>
            <w:r w:rsidR="00AA7E76">
              <w:rPr>
                <w:rFonts w:asciiTheme="minorEastAsia" w:hAnsiTheme="minorEastAsia" w:hint="eastAsia"/>
                <w:lang w:eastAsia="ja-JP"/>
              </w:rPr>
              <w:t>□個人　　□事業所</w:t>
            </w:r>
          </w:p>
        </w:tc>
      </w:tr>
      <w:tr w:rsidR="00AA7E76" w:rsidRPr="00F6084A" w14:paraId="228CFDCB" w14:textId="77777777" w:rsidTr="006A4DC5">
        <w:trPr>
          <w:trHeight w:val="638"/>
          <w:jc w:val="center"/>
        </w:trPr>
        <w:tc>
          <w:tcPr>
            <w:tcW w:w="2405" w:type="dxa"/>
            <w:vAlign w:val="center"/>
          </w:tcPr>
          <w:p w14:paraId="0D40F7A3" w14:textId="56BD8405" w:rsidR="00AA7E76" w:rsidRPr="00F6084A" w:rsidRDefault="00AA7E76" w:rsidP="00AA7E76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事業所名</w:t>
            </w:r>
          </w:p>
        </w:tc>
        <w:tc>
          <w:tcPr>
            <w:tcW w:w="6235" w:type="dxa"/>
          </w:tcPr>
          <w:p w14:paraId="2997481B" w14:textId="0DB98372" w:rsidR="00AA7E76" w:rsidRPr="00AA7E76" w:rsidRDefault="00AA7E76" w:rsidP="00AA7E76">
            <w:pPr>
              <w:rPr>
                <w:rFonts w:asciiTheme="minorEastAsia" w:hAnsiTheme="minorEastAsia"/>
                <w:sz w:val="16"/>
                <w:szCs w:val="16"/>
                <w:lang w:eastAsia="ja-JP"/>
              </w:rPr>
            </w:pPr>
            <w:r>
              <w:rPr>
                <w:rFonts w:asciiTheme="minorEastAsia" w:hAnsiTheme="minorEastAsia" w:hint="eastAsia"/>
                <w:sz w:val="16"/>
                <w:szCs w:val="16"/>
                <w:lang w:eastAsia="ja-JP"/>
              </w:rPr>
              <w:t>（※上記区分が事業所の場合のみ記入）</w:t>
            </w:r>
          </w:p>
          <w:p w14:paraId="1068E104" w14:textId="77777777" w:rsidR="00AA7E76" w:rsidRPr="00AA7E76" w:rsidRDefault="00AA7E76" w:rsidP="00AA7E76">
            <w:pPr>
              <w:rPr>
                <w:rFonts w:asciiTheme="minorEastAsia" w:hAnsiTheme="minorEastAsia"/>
                <w:lang w:eastAsia="ja-JP"/>
              </w:rPr>
            </w:pPr>
          </w:p>
        </w:tc>
      </w:tr>
      <w:tr w:rsidR="002202F2" w:rsidRPr="00F6084A" w14:paraId="73E34719" w14:textId="77777777" w:rsidTr="006A4DC5">
        <w:trPr>
          <w:trHeight w:val="418"/>
          <w:jc w:val="center"/>
        </w:trPr>
        <w:tc>
          <w:tcPr>
            <w:tcW w:w="2405" w:type="dxa"/>
            <w:vAlign w:val="center"/>
          </w:tcPr>
          <w:p w14:paraId="0ACEE39E" w14:textId="1E2F1774" w:rsidR="002202F2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ふりがな</w:t>
            </w:r>
          </w:p>
        </w:tc>
        <w:tc>
          <w:tcPr>
            <w:tcW w:w="6235" w:type="dxa"/>
            <w:vAlign w:val="center"/>
          </w:tcPr>
          <w:p w14:paraId="3DFED2A1" w14:textId="39BA40CF" w:rsidR="002202F2" w:rsidRPr="00F6084A" w:rsidRDefault="006C46CC" w:rsidP="006C46CC">
            <w:pPr>
              <w:jc w:val="both"/>
              <w:rPr>
                <w:rFonts w:asciiTheme="minorEastAsia" w:hAnsiTheme="minorEastAsia"/>
              </w:rPr>
            </w:pPr>
            <w:r w:rsidRPr="006C46CC">
              <w:rPr>
                <w:rFonts w:asciiTheme="minorEastAsia" w:hAnsiTheme="minorEastAsia" w:hint="eastAsia"/>
                <w:color w:val="FF0000"/>
                <w:lang w:eastAsia="ja-JP"/>
              </w:rPr>
              <w:t>くまもと　はなこ</w:t>
            </w:r>
          </w:p>
        </w:tc>
      </w:tr>
      <w:tr w:rsidR="002202F2" w:rsidRPr="00F6084A" w14:paraId="6245A8B0" w14:textId="77777777" w:rsidTr="006A4DC5">
        <w:trPr>
          <w:trHeight w:val="567"/>
          <w:jc w:val="center"/>
        </w:trPr>
        <w:tc>
          <w:tcPr>
            <w:tcW w:w="2405" w:type="dxa"/>
            <w:vAlign w:val="center"/>
          </w:tcPr>
          <w:p w14:paraId="712B7766" w14:textId="0C1856CA" w:rsidR="002202F2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氏名</w:t>
            </w:r>
          </w:p>
        </w:tc>
        <w:tc>
          <w:tcPr>
            <w:tcW w:w="6235" w:type="dxa"/>
            <w:vAlign w:val="center"/>
          </w:tcPr>
          <w:p w14:paraId="2B9084DC" w14:textId="7AD516FC" w:rsidR="002202F2" w:rsidRPr="006C46CC" w:rsidRDefault="006C46CC" w:rsidP="006C46CC">
            <w:pPr>
              <w:jc w:val="both"/>
              <w:rPr>
                <w:rFonts w:asciiTheme="minorEastAsia" w:hAnsiTheme="minorEastAsia"/>
                <w:color w:val="FF0000"/>
              </w:rPr>
            </w:pPr>
            <w:r w:rsidRPr="006C46CC">
              <w:rPr>
                <w:rFonts w:asciiTheme="minorEastAsia" w:hAnsiTheme="minorEastAsia" w:hint="eastAsia"/>
                <w:color w:val="FF0000"/>
                <w:lang w:eastAsia="ja-JP"/>
              </w:rPr>
              <w:t>熊本　花子</w:t>
            </w:r>
          </w:p>
        </w:tc>
      </w:tr>
      <w:tr w:rsidR="002202F2" w:rsidRPr="00F6084A" w14:paraId="6819E1BC" w14:textId="77777777" w:rsidTr="006A4DC5">
        <w:trPr>
          <w:trHeight w:val="567"/>
          <w:jc w:val="center"/>
        </w:trPr>
        <w:tc>
          <w:tcPr>
            <w:tcW w:w="2405" w:type="dxa"/>
            <w:vAlign w:val="center"/>
          </w:tcPr>
          <w:p w14:paraId="25654DB1" w14:textId="2005A97B" w:rsidR="002202F2" w:rsidRPr="00F6084A" w:rsidRDefault="009C153C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電話</w:t>
            </w:r>
            <w:proofErr w:type="spellEnd"/>
          </w:p>
        </w:tc>
        <w:tc>
          <w:tcPr>
            <w:tcW w:w="6235" w:type="dxa"/>
            <w:vAlign w:val="center"/>
          </w:tcPr>
          <w:p w14:paraId="3A624C67" w14:textId="07FF461B" w:rsidR="002202F2" w:rsidRPr="006C46CC" w:rsidRDefault="006C46CC" w:rsidP="006C46CC">
            <w:pPr>
              <w:jc w:val="both"/>
              <w:rPr>
                <w:rFonts w:asciiTheme="minorEastAsia" w:hAnsiTheme="minorEastAsia"/>
                <w:color w:val="FF0000"/>
              </w:rPr>
            </w:pPr>
            <w:r w:rsidRPr="006C46CC">
              <w:rPr>
                <w:rFonts w:asciiTheme="minorEastAsia" w:hAnsiTheme="minorEastAsia" w:hint="eastAsia"/>
                <w:color w:val="FF0000"/>
                <w:lang w:eastAsia="ja-JP"/>
              </w:rPr>
              <w:t>090-</w:t>
            </w:r>
            <w:r>
              <w:rPr>
                <w:rFonts w:asciiTheme="minorEastAsia" w:hAnsiTheme="minorEastAsia" w:hint="eastAsia"/>
                <w:color w:val="FF0000"/>
                <w:lang w:eastAsia="ja-JP"/>
              </w:rPr>
              <w:t>●●●●</w:t>
            </w:r>
            <w:r w:rsidRPr="006C46CC">
              <w:rPr>
                <w:rFonts w:asciiTheme="minorEastAsia" w:hAnsiTheme="minorEastAsia" w:hint="eastAsia"/>
                <w:color w:val="FF0000"/>
                <w:lang w:eastAsia="ja-JP"/>
              </w:rPr>
              <w:t>-</w:t>
            </w:r>
            <w:r>
              <w:rPr>
                <w:rFonts w:asciiTheme="minorEastAsia" w:hAnsiTheme="minorEastAsia" w:hint="eastAsia"/>
                <w:color w:val="FF0000"/>
                <w:lang w:eastAsia="ja-JP"/>
              </w:rPr>
              <w:t>●●●●</w:t>
            </w:r>
          </w:p>
        </w:tc>
      </w:tr>
      <w:tr w:rsidR="002202F2" w:rsidRPr="00F6084A" w14:paraId="0C2D8C5D" w14:textId="77777777" w:rsidTr="006A4DC5">
        <w:trPr>
          <w:trHeight w:val="567"/>
          <w:jc w:val="center"/>
        </w:trPr>
        <w:tc>
          <w:tcPr>
            <w:tcW w:w="2405" w:type="dxa"/>
            <w:vAlign w:val="center"/>
          </w:tcPr>
          <w:p w14:paraId="43F5CCBA" w14:textId="46578AD8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メール</w:t>
            </w:r>
            <w:proofErr w:type="spellEnd"/>
          </w:p>
        </w:tc>
        <w:tc>
          <w:tcPr>
            <w:tcW w:w="6235" w:type="dxa"/>
            <w:vAlign w:val="center"/>
          </w:tcPr>
          <w:p w14:paraId="47BBD6D5" w14:textId="6C414EE1" w:rsidR="002202F2" w:rsidRPr="006C46CC" w:rsidRDefault="006C46CC" w:rsidP="006C46CC">
            <w:pPr>
              <w:jc w:val="both"/>
              <w:rPr>
                <w:rFonts w:asciiTheme="minorEastAsia" w:hAnsiTheme="minorEastAsia"/>
                <w:color w:val="FF0000"/>
              </w:rPr>
            </w:pPr>
            <w:hyperlink r:id="rId11" w:history="1">
              <w:r w:rsidRPr="006C46CC">
                <w:rPr>
                  <w:rStyle w:val="aff"/>
                  <w:rFonts w:asciiTheme="minorEastAsia" w:hAnsiTheme="minorEastAsia"/>
                  <w:color w:val="FF0000"/>
                  <w:lang w:eastAsia="ja-JP"/>
                </w:rPr>
                <w:t>Kumamoto5678@gmail.com</w:t>
              </w:r>
            </w:hyperlink>
          </w:p>
        </w:tc>
      </w:tr>
      <w:tr w:rsidR="00D457A1" w:rsidRPr="00F6084A" w14:paraId="7B1AC46E" w14:textId="77777777" w:rsidTr="006A4DC5">
        <w:trPr>
          <w:trHeight w:val="567"/>
          <w:jc w:val="center"/>
        </w:trPr>
        <w:tc>
          <w:tcPr>
            <w:tcW w:w="2405" w:type="dxa"/>
            <w:vMerge w:val="restart"/>
            <w:vAlign w:val="center"/>
          </w:tcPr>
          <w:p w14:paraId="4A6E7D3D" w14:textId="0C96750A" w:rsidR="00D457A1" w:rsidRPr="00F6084A" w:rsidRDefault="00D457A1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住所</w:t>
            </w:r>
            <w:proofErr w:type="spellEnd"/>
          </w:p>
        </w:tc>
        <w:tc>
          <w:tcPr>
            <w:tcW w:w="6235" w:type="dxa"/>
            <w:vAlign w:val="center"/>
          </w:tcPr>
          <w:p w14:paraId="0BC76282" w14:textId="6A8A838E" w:rsidR="00D457A1" w:rsidRPr="00F6084A" w:rsidRDefault="00D457A1" w:rsidP="006C46CC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  <w:lang w:eastAsia="ja-JP"/>
              </w:rPr>
              <w:t>〒</w:t>
            </w:r>
            <w:r w:rsidR="006C46CC" w:rsidRPr="006C46CC">
              <w:rPr>
                <w:rFonts w:asciiTheme="minorEastAsia" w:hAnsiTheme="minorEastAsia" w:hint="eastAsia"/>
                <w:color w:val="FF0000"/>
                <w:lang w:eastAsia="ja-JP"/>
              </w:rPr>
              <w:t>861</w:t>
            </w:r>
            <w:r w:rsidRPr="006C46CC">
              <w:rPr>
                <w:rFonts w:asciiTheme="minorEastAsia" w:hAnsiTheme="minorEastAsia" w:hint="eastAsia"/>
                <w:color w:val="FF0000"/>
                <w:lang w:eastAsia="ja-JP"/>
              </w:rPr>
              <w:t>-</w:t>
            </w:r>
            <w:r w:rsidR="006C46CC" w:rsidRPr="006C46CC">
              <w:rPr>
                <w:rFonts w:asciiTheme="minorEastAsia" w:hAnsiTheme="minorEastAsia" w:hint="eastAsia"/>
                <w:color w:val="FF0000"/>
                <w:lang w:eastAsia="ja-JP"/>
              </w:rPr>
              <w:t>1111</w:t>
            </w:r>
            <w:r w:rsidRPr="006C46CC">
              <w:rPr>
                <w:rFonts w:asciiTheme="minorEastAsia" w:hAnsiTheme="minorEastAsia" w:hint="eastAsia"/>
                <w:color w:val="FF0000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熊本市</w:t>
            </w:r>
            <w:r w:rsidR="006C46CC" w:rsidRPr="006C46CC">
              <w:rPr>
                <w:rFonts w:asciiTheme="minorEastAsia" w:hAnsiTheme="minorEastAsia" w:hint="eastAsia"/>
                <w:color w:val="FF0000"/>
                <w:lang w:eastAsia="ja-JP"/>
              </w:rPr>
              <w:t>南</w:t>
            </w:r>
            <w:r w:rsidR="00B67CE7">
              <w:rPr>
                <w:rFonts w:asciiTheme="minorEastAsia" w:hAnsiTheme="minorEastAsia" w:hint="eastAsia"/>
                <w:lang w:eastAsia="ja-JP"/>
              </w:rPr>
              <w:t>区</w:t>
            </w:r>
            <w:r w:rsidR="006C46CC" w:rsidRPr="006C46CC">
              <w:rPr>
                <w:rFonts w:asciiTheme="minorEastAsia" w:hAnsiTheme="minorEastAsia" w:hint="eastAsia"/>
                <w:color w:val="FF0000"/>
                <w:lang w:eastAsia="ja-JP"/>
              </w:rPr>
              <w:t>●●丁目●●</w:t>
            </w:r>
          </w:p>
        </w:tc>
      </w:tr>
      <w:tr w:rsidR="00D457A1" w:rsidRPr="00F6084A" w14:paraId="764F6626" w14:textId="77777777" w:rsidTr="006A4DC5">
        <w:trPr>
          <w:trHeight w:val="567"/>
          <w:jc w:val="center"/>
        </w:trPr>
        <w:tc>
          <w:tcPr>
            <w:tcW w:w="2405" w:type="dxa"/>
            <w:vMerge/>
          </w:tcPr>
          <w:p w14:paraId="4A940B2F" w14:textId="77777777" w:rsidR="00D457A1" w:rsidRPr="00F6084A" w:rsidRDefault="00D457A1" w:rsidP="00D457A1">
            <w:pPr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6235" w:type="dxa"/>
            <w:vAlign w:val="center"/>
          </w:tcPr>
          <w:p w14:paraId="2C7DEF3B" w14:textId="77777777" w:rsidR="00D457A1" w:rsidRPr="002B205E" w:rsidRDefault="00D457A1" w:rsidP="006C46CC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6A4DC5" w:rsidRPr="002B205E" w14:paraId="220B4A87" w14:textId="77777777" w:rsidTr="006A4DC5">
        <w:tblPrEx>
          <w:jc w:val="left"/>
        </w:tblPrEx>
        <w:trPr>
          <w:trHeight w:val="567"/>
        </w:trPr>
        <w:tc>
          <w:tcPr>
            <w:tcW w:w="2405" w:type="dxa"/>
            <w:vMerge w:val="restart"/>
            <w:vAlign w:val="center"/>
          </w:tcPr>
          <w:p w14:paraId="39AAAD58" w14:textId="77777777" w:rsidR="006A4DC5" w:rsidRDefault="006A4DC5" w:rsidP="006A4DC5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撤去場</w:t>
            </w:r>
            <w:r w:rsidRPr="00F6084A">
              <w:rPr>
                <w:rFonts w:asciiTheme="minorEastAsia" w:hAnsiTheme="minorEastAsia"/>
                <w:lang w:eastAsia="ja-JP"/>
              </w:rPr>
              <w:t>所</w:t>
            </w:r>
          </w:p>
          <w:p w14:paraId="63C8DE9C" w14:textId="77777777" w:rsidR="006A4DC5" w:rsidRPr="00DE2B94" w:rsidRDefault="006A4DC5" w:rsidP="006A4DC5">
            <w:pPr>
              <w:jc w:val="center"/>
              <w:rPr>
                <w:rFonts w:asciiTheme="minorEastAsia" w:hAnsiTheme="minorEastAsia"/>
                <w:sz w:val="16"/>
                <w:szCs w:val="16"/>
                <w:lang w:eastAsia="ja-JP"/>
              </w:rPr>
            </w:pPr>
            <w:r w:rsidRPr="00DE2B94">
              <w:rPr>
                <w:rFonts w:asciiTheme="minorEastAsia" w:hAnsiTheme="minorEastAsia" w:hint="eastAsia"/>
                <w:sz w:val="16"/>
                <w:szCs w:val="16"/>
                <w:lang w:eastAsia="ja-JP"/>
              </w:rPr>
              <w:t>(※上記住所と相違する場合)</w:t>
            </w:r>
          </w:p>
        </w:tc>
        <w:tc>
          <w:tcPr>
            <w:tcW w:w="6235" w:type="dxa"/>
            <w:vAlign w:val="center"/>
          </w:tcPr>
          <w:p w14:paraId="2C10F81D" w14:textId="77777777" w:rsidR="006A4DC5" w:rsidRPr="002B205E" w:rsidRDefault="006A4DC5" w:rsidP="006A4DC5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  <w:lang w:eastAsia="ja-JP"/>
              </w:rPr>
              <w:t>〒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-　　　</w:t>
            </w:r>
            <w:r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熊本市</w:t>
            </w:r>
            <w:r>
              <w:rPr>
                <w:rFonts w:asciiTheme="minorEastAsia" w:hAnsiTheme="minorEastAsia" w:hint="eastAsia"/>
                <w:lang w:eastAsia="ja-JP"/>
              </w:rPr>
              <w:t xml:space="preserve">　　　　区</w:t>
            </w:r>
          </w:p>
        </w:tc>
      </w:tr>
      <w:tr w:rsidR="006A4DC5" w:rsidRPr="002B205E" w14:paraId="26394FE2" w14:textId="77777777" w:rsidTr="006A4DC5">
        <w:tblPrEx>
          <w:jc w:val="left"/>
        </w:tblPrEx>
        <w:trPr>
          <w:trHeight w:val="567"/>
        </w:trPr>
        <w:tc>
          <w:tcPr>
            <w:tcW w:w="2405" w:type="dxa"/>
            <w:vMerge/>
            <w:vAlign w:val="center"/>
          </w:tcPr>
          <w:p w14:paraId="2636D64A" w14:textId="77777777" w:rsidR="006A4DC5" w:rsidRPr="00F6084A" w:rsidRDefault="006A4DC5" w:rsidP="006A4DC5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6235" w:type="dxa"/>
            <w:vAlign w:val="center"/>
          </w:tcPr>
          <w:p w14:paraId="20C7A608" w14:textId="77777777" w:rsidR="006A4DC5" w:rsidRPr="002B205E" w:rsidRDefault="006A4DC5" w:rsidP="006A4DC5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22198F70" w14:textId="5852B5F9" w:rsidR="00B67CE7" w:rsidRPr="006A4DC5" w:rsidRDefault="00B67CE7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  <w:lang w:eastAsia="ja-JP"/>
        </w:rPr>
      </w:pPr>
    </w:p>
    <w:p w14:paraId="5F76859B" w14:textId="4242BAEA" w:rsidR="00D457A1" w:rsidRPr="00F6084A" w:rsidRDefault="00D457A1" w:rsidP="00D457A1">
      <w:pPr>
        <w:spacing w:line="240" w:lineRule="auto"/>
        <w:rPr>
          <w:rFonts w:asciiTheme="minorEastAsia" w:hAnsiTheme="minorEastAsia"/>
          <w:lang w:eastAsia="ja-JP"/>
        </w:rPr>
      </w:pPr>
      <w:r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２</w:t>
      </w:r>
      <w:r w:rsid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 xml:space="preserve"> </w:t>
      </w:r>
      <w:r w:rsidR="00494761"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所有者</w:t>
      </w:r>
      <w:r w:rsidR="00494761" w:rsidRPr="00F6084A">
        <w:rPr>
          <w:rFonts w:asciiTheme="minorEastAsia" w:hAnsiTheme="minorEastAsia" w:hint="eastAsia"/>
          <w:sz w:val="28"/>
          <w:szCs w:val="28"/>
          <w:lang w:eastAsia="ja-JP"/>
        </w:rPr>
        <w:t xml:space="preserve">　</w:t>
      </w:r>
      <w:r w:rsidR="00494761" w:rsidRPr="00F6084A">
        <w:rPr>
          <w:rFonts w:asciiTheme="minorEastAsia" w:hAnsiTheme="minorEastAsia" w:hint="eastAsia"/>
          <w:lang w:eastAsia="ja-JP"/>
        </w:rPr>
        <w:t xml:space="preserve">　　</w:t>
      </w:r>
      <w:r w:rsidR="005B740D" w:rsidRPr="00F6084A">
        <w:rPr>
          <w:rFonts w:asciiTheme="minorEastAsia" w:hAnsiTheme="minorEastAsia" w:hint="eastAsia"/>
          <w:lang w:eastAsia="ja-JP"/>
        </w:rPr>
        <w:t>□</w:t>
      </w:r>
      <w:r w:rsidR="00880363">
        <w:rPr>
          <w:rFonts w:asciiTheme="minorEastAsia" w:hAnsiTheme="minorEastAsia" w:hint="eastAsia"/>
          <w:lang w:eastAsia="ja-JP"/>
        </w:rPr>
        <w:t>依頼</w:t>
      </w:r>
      <w:r w:rsidR="005B740D" w:rsidRPr="00F6084A">
        <w:rPr>
          <w:rFonts w:asciiTheme="minorEastAsia" w:hAnsiTheme="minorEastAsia" w:hint="eastAsia"/>
          <w:lang w:eastAsia="ja-JP"/>
        </w:rPr>
        <w:t>者と同じ</w:t>
      </w:r>
      <w:r w:rsidR="00AA7E76">
        <w:rPr>
          <w:rFonts w:asciiTheme="minorEastAsia" w:hAnsiTheme="minorEastAsia" w:hint="eastAsia"/>
          <w:lang w:eastAsia="ja-JP"/>
        </w:rPr>
        <w:t>（所有者欄記載不要）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6480"/>
      </w:tblGrid>
      <w:tr w:rsidR="00D457A1" w:rsidRPr="00F6084A" w14:paraId="271827F7" w14:textId="77777777" w:rsidTr="006A4DC5">
        <w:trPr>
          <w:trHeight w:val="344"/>
          <w:jc w:val="center"/>
        </w:trPr>
        <w:tc>
          <w:tcPr>
            <w:tcW w:w="2160" w:type="dxa"/>
            <w:vAlign w:val="center"/>
          </w:tcPr>
          <w:p w14:paraId="60FD48C6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ふりがな</w:t>
            </w:r>
          </w:p>
        </w:tc>
        <w:tc>
          <w:tcPr>
            <w:tcW w:w="6480" w:type="dxa"/>
            <w:vAlign w:val="center"/>
          </w:tcPr>
          <w:p w14:paraId="6FDDB290" w14:textId="71B9994E" w:rsidR="00D457A1" w:rsidRPr="006C46CC" w:rsidRDefault="006C46CC" w:rsidP="006C46CC">
            <w:pPr>
              <w:jc w:val="both"/>
              <w:rPr>
                <w:rFonts w:asciiTheme="minorEastAsia" w:hAnsiTheme="minorEastAsia"/>
                <w:color w:val="FF0000"/>
              </w:rPr>
            </w:pPr>
            <w:r w:rsidRPr="006C46CC">
              <w:rPr>
                <w:rFonts w:asciiTheme="minorEastAsia" w:hAnsiTheme="minorEastAsia" w:hint="eastAsia"/>
                <w:color w:val="FF0000"/>
                <w:lang w:eastAsia="ja-JP"/>
              </w:rPr>
              <w:t>くまもと　たろう</w:t>
            </w:r>
          </w:p>
        </w:tc>
      </w:tr>
      <w:tr w:rsidR="00D457A1" w:rsidRPr="00F6084A" w14:paraId="3D1C1AED" w14:textId="77777777" w:rsidTr="006C46CC">
        <w:trPr>
          <w:trHeight w:val="567"/>
          <w:jc w:val="center"/>
        </w:trPr>
        <w:tc>
          <w:tcPr>
            <w:tcW w:w="2160" w:type="dxa"/>
            <w:vAlign w:val="center"/>
          </w:tcPr>
          <w:p w14:paraId="64C1E6B3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氏名</w:t>
            </w:r>
          </w:p>
        </w:tc>
        <w:tc>
          <w:tcPr>
            <w:tcW w:w="6480" w:type="dxa"/>
            <w:vAlign w:val="center"/>
          </w:tcPr>
          <w:p w14:paraId="7DBC552A" w14:textId="0926DE4D" w:rsidR="00D457A1" w:rsidRPr="006C46CC" w:rsidRDefault="006C46CC" w:rsidP="006C46CC">
            <w:pPr>
              <w:jc w:val="both"/>
              <w:rPr>
                <w:rFonts w:asciiTheme="minorEastAsia" w:hAnsiTheme="minorEastAsia"/>
                <w:color w:val="FF0000"/>
              </w:rPr>
            </w:pPr>
            <w:r w:rsidRPr="006C46CC">
              <w:rPr>
                <w:rFonts w:asciiTheme="minorEastAsia" w:hAnsiTheme="minorEastAsia" w:hint="eastAsia"/>
                <w:color w:val="FF0000"/>
                <w:lang w:eastAsia="ja-JP"/>
              </w:rPr>
              <w:t>熊本　太郎</w:t>
            </w:r>
          </w:p>
        </w:tc>
      </w:tr>
      <w:tr w:rsidR="00D457A1" w:rsidRPr="00F6084A" w14:paraId="223D645A" w14:textId="77777777" w:rsidTr="006C46CC">
        <w:trPr>
          <w:trHeight w:val="567"/>
          <w:jc w:val="center"/>
        </w:trPr>
        <w:tc>
          <w:tcPr>
            <w:tcW w:w="2160" w:type="dxa"/>
            <w:vAlign w:val="center"/>
          </w:tcPr>
          <w:p w14:paraId="7A41DADF" w14:textId="1627BBFE" w:rsidR="00D457A1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電話</w:t>
            </w:r>
            <w:proofErr w:type="spellEnd"/>
          </w:p>
        </w:tc>
        <w:tc>
          <w:tcPr>
            <w:tcW w:w="6480" w:type="dxa"/>
            <w:vAlign w:val="center"/>
          </w:tcPr>
          <w:p w14:paraId="4B76A8FA" w14:textId="1DA1085A" w:rsidR="00D457A1" w:rsidRPr="00F6084A" w:rsidRDefault="006C46CC" w:rsidP="006C46CC">
            <w:pPr>
              <w:jc w:val="both"/>
              <w:rPr>
                <w:rFonts w:asciiTheme="minorEastAsia" w:hAnsiTheme="minorEastAsia"/>
              </w:rPr>
            </w:pPr>
            <w:r w:rsidRPr="006C46CC">
              <w:rPr>
                <w:rFonts w:asciiTheme="minorEastAsia" w:hAnsiTheme="minorEastAsia" w:hint="eastAsia"/>
                <w:color w:val="FF0000"/>
                <w:lang w:eastAsia="ja-JP"/>
              </w:rPr>
              <w:t>080-</w:t>
            </w:r>
            <w:r>
              <w:rPr>
                <w:rFonts w:asciiTheme="minorEastAsia" w:hAnsiTheme="minorEastAsia" w:hint="eastAsia"/>
                <w:color w:val="FF0000"/>
                <w:lang w:eastAsia="ja-JP"/>
              </w:rPr>
              <w:t>●●●●</w:t>
            </w:r>
            <w:r w:rsidRPr="006C46CC">
              <w:rPr>
                <w:rFonts w:asciiTheme="minorEastAsia" w:hAnsiTheme="minorEastAsia" w:hint="eastAsia"/>
                <w:color w:val="FF0000"/>
                <w:lang w:eastAsia="ja-JP"/>
              </w:rPr>
              <w:t>-</w:t>
            </w:r>
            <w:r>
              <w:rPr>
                <w:rFonts w:asciiTheme="minorEastAsia" w:hAnsiTheme="minorEastAsia" w:hint="eastAsia"/>
                <w:color w:val="FF0000"/>
                <w:lang w:eastAsia="ja-JP"/>
              </w:rPr>
              <w:t>●●●●</w:t>
            </w:r>
          </w:p>
        </w:tc>
      </w:tr>
      <w:tr w:rsidR="00D457A1" w:rsidRPr="00F6084A" w14:paraId="184EF8B8" w14:textId="77777777" w:rsidTr="008C7EEB">
        <w:trPr>
          <w:trHeight w:val="421"/>
          <w:jc w:val="center"/>
        </w:trPr>
        <w:tc>
          <w:tcPr>
            <w:tcW w:w="2160" w:type="dxa"/>
            <w:vAlign w:val="center"/>
          </w:tcPr>
          <w:p w14:paraId="0EB8ED3D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メール</w:t>
            </w:r>
            <w:proofErr w:type="spellEnd"/>
          </w:p>
        </w:tc>
        <w:tc>
          <w:tcPr>
            <w:tcW w:w="6480" w:type="dxa"/>
            <w:vAlign w:val="center"/>
          </w:tcPr>
          <w:p w14:paraId="6771EAF0" w14:textId="7A03D7B5" w:rsidR="00D457A1" w:rsidRPr="00F6084A" w:rsidRDefault="00D457A1" w:rsidP="006C46CC">
            <w:pPr>
              <w:jc w:val="both"/>
              <w:rPr>
                <w:rFonts w:asciiTheme="minorEastAsia" w:hAnsiTheme="minorEastAsia"/>
              </w:rPr>
            </w:pPr>
          </w:p>
        </w:tc>
      </w:tr>
      <w:tr w:rsidR="00D457A1" w:rsidRPr="00F6084A" w14:paraId="224B68BB" w14:textId="77777777" w:rsidTr="006C46CC">
        <w:trPr>
          <w:trHeight w:val="567"/>
          <w:jc w:val="center"/>
        </w:trPr>
        <w:tc>
          <w:tcPr>
            <w:tcW w:w="2160" w:type="dxa"/>
            <w:vMerge w:val="restart"/>
            <w:vAlign w:val="center"/>
          </w:tcPr>
          <w:p w14:paraId="28A8642A" w14:textId="0D1BF310" w:rsidR="00D457A1" w:rsidRPr="00F6084A" w:rsidRDefault="00D457A1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/>
              </w:rPr>
              <w:t>住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/>
              </w:rPr>
              <w:t>所</w:t>
            </w:r>
          </w:p>
        </w:tc>
        <w:tc>
          <w:tcPr>
            <w:tcW w:w="6480" w:type="dxa"/>
            <w:vAlign w:val="center"/>
          </w:tcPr>
          <w:p w14:paraId="5F17775F" w14:textId="376B9D51" w:rsidR="00D457A1" w:rsidRPr="00F6084A" w:rsidRDefault="00D457A1" w:rsidP="006C46CC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  <w:lang w:eastAsia="ja-JP"/>
              </w:rPr>
              <w:t>〒</w:t>
            </w:r>
            <w:r w:rsidR="006C46CC" w:rsidRPr="006C46CC">
              <w:rPr>
                <w:rFonts w:asciiTheme="minorEastAsia" w:hAnsiTheme="minorEastAsia" w:hint="eastAsia"/>
                <w:color w:val="FF0000"/>
                <w:lang w:eastAsia="ja-JP"/>
              </w:rPr>
              <w:t>861-1111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="008B0AAF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2B205E" w:rsidRPr="00F6084A">
              <w:rPr>
                <w:rFonts w:asciiTheme="minorEastAsia" w:hAnsiTheme="minorEastAsia" w:hint="eastAsia"/>
                <w:lang w:eastAsia="ja-JP"/>
              </w:rPr>
              <w:t>熊本市</w:t>
            </w:r>
            <w:r w:rsidR="006C46CC" w:rsidRPr="006C46CC">
              <w:rPr>
                <w:rFonts w:asciiTheme="minorEastAsia" w:hAnsiTheme="minorEastAsia" w:hint="eastAsia"/>
                <w:color w:val="FF0000"/>
                <w:lang w:eastAsia="ja-JP"/>
              </w:rPr>
              <w:t>東</w:t>
            </w:r>
            <w:r w:rsidR="006C46CC">
              <w:rPr>
                <w:rFonts w:asciiTheme="minorEastAsia" w:hAnsiTheme="minorEastAsia" w:hint="eastAsia"/>
                <w:lang w:eastAsia="ja-JP"/>
              </w:rPr>
              <w:t>区</w:t>
            </w:r>
            <w:r w:rsidR="006C46CC" w:rsidRPr="006C46CC">
              <w:rPr>
                <w:rFonts w:asciiTheme="minorEastAsia" w:hAnsiTheme="minorEastAsia" w:hint="eastAsia"/>
                <w:color w:val="FF0000"/>
                <w:lang w:eastAsia="ja-JP"/>
              </w:rPr>
              <w:t>●●1234番地</w:t>
            </w:r>
          </w:p>
        </w:tc>
      </w:tr>
      <w:tr w:rsidR="00D457A1" w:rsidRPr="00F6084A" w14:paraId="2363E1A0" w14:textId="77777777" w:rsidTr="006C46CC">
        <w:trPr>
          <w:trHeight w:val="567"/>
          <w:jc w:val="center"/>
        </w:trPr>
        <w:tc>
          <w:tcPr>
            <w:tcW w:w="2160" w:type="dxa"/>
            <w:vMerge/>
            <w:vAlign w:val="center"/>
          </w:tcPr>
          <w:p w14:paraId="41FD9305" w14:textId="77777777" w:rsidR="00D457A1" w:rsidRPr="00F6084A" w:rsidRDefault="00D457A1" w:rsidP="00F6084A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6480" w:type="dxa"/>
            <w:vAlign w:val="center"/>
          </w:tcPr>
          <w:p w14:paraId="37FDEC6D" w14:textId="781C0571" w:rsidR="00D457A1" w:rsidRPr="00F6084A" w:rsidRDefault="006C46CC" w:rsidP="006C46CC">
            <w:pPr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5608806" wp14:editId="578BC69D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331470</wp:posOffset>
                      </wp:positionV>
                      <wp:extent cx="114300" cy="257175"/>
                      <wp:effectExtent l="61912" t="14288" r="42863" b="138112"/>
                      <wp:wrapNone/>
                      <wp:docPr id="963749881" name="フレーム (半分)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3533">
                                <a:off x="0" y="0"/>
                                <a:ext cx="114300" cy="257175"/>
                              </a:xfrm>
                              <a:prstGeom prst="half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07100" id="フレーム (半分) 1" o:spid="_x0000_s1026" style="position:absolute;margin-left:3.1pt;margin-top:26.1pt;width:9pt;height:20.25pt;rotation:-8821656fd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" path="m,l114300,,97367,38100r-59267,l38100,171451,,257175,,xe" fillcolor="red" stroked="f">
                      <v:shadow on="t" color="black" opacity="22937f" origin=",.5" offset="0,.63889mm"/>
                      <v:path arrowok="t" o:connecttype="custom" o:connectlocs="0,0;114300,0;97367,38100;38100,38100;38100,171451;0,257175;0,0" o:connectangles="0,0,0,0,0,0,0"/>
                    </v:shape>
                  </w:pict>
                </mc:Fallback>
              </mc:AlternateContent>
            </w:r>
          </w:p>
        </w:tc>
      </w:tr>
      <w:tr w:rsidR="00D457A1" w:rsidRPr="00F6084A" w14:paraId="34534A3A" w14:textId="77777777" w:rsidTr="006C46CC">
        <w:trPr>
          <w:trHeight w:val="720"/>
          <w:jc w:val="center"/>
        </w:trPr>
        <w:tc>
          <w:tcPr>
            <w:tcW w:w="2160" w:type="dxa"/>
            <w:vAlign w:val="center"/>
          </w:tcPr>
          <w:p w14:paraId="49D36A4D" w14:textId="160F4EBC" w:rsidR="00D457A1" w:rsidRPr="00F6084A" w:rsidRDefault="00494761" w:rsidP="00F6084A">
            <w:pPr>
              <w:jc w:val="center"/>
              <w:rPr>
                <w:rFonts w:asciiTheme="minorEastAsia" w:hAnsiTheme="minorEastAsia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依頼者</w:t>
            </w:r>
            <w:proofErr w:type="spellStart"/>
            <w:r w:rsidR="00D457A1" w:rsidRPr="00F6084A">
              <w:rPr>
                <w:rFonts w:asciiTheme="minorEastAsia" w:hAnsiTheme="minorEastAsia"/>
              </w:rPr>
              <w:t>との関係</w:t>
            </w:r>
            <w:proofErr w:type="spellEnd"/>
          </w:p>
        </w:tc>
        <w:tc>
          <w:tcPr>
            <w:tcW w:w="6480" w:type="dxa"/>
            <w:vAlign w:val="center"/>
          </w:tcPr>
          <w:p w14:paraId="4EA1E822" w14:textId="2CFC4211" w:rsidR="009C153C" w:rsidRPr="00F6084A" w:rsidRDefault="00D457A1" w:rsidP="006C46CC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/>
                <w:lang w:eastAsia="zh-TW"/>
              </w:rPr>
              <w:t>□親族</w:t>
            </w:r>
            <w:r w:rsidR="00AA7E76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F6084A">
              <w:rPr>
                <w:rFonts w:asciiTheme="minorEastAsia" w:hAnsiTheme="minorEastAsia" w:hint="eastAsia"/>
                <w:lang w:eastAsia="zh-TW"/>
              </w:rPr>
              <w:t xml:space="preserve">　</w:t>
            </w:r>
            <w:r w:rsidR="002B205E">
              <w:rPr>
                <w:rFonts w:asciiTheme="minorEastAsia" w:hAnsiTheme="minorEastAsia" w:hint="eastAsia"/>
                <w:lang w:eastAsia="zh-TW"/>
              </w:rPr>
              <w:t>□</w:t>
            </w:r>
            <w:r w:rsidR="002B205E">
              <w:rPr>
                <w:rFonts w:asciiTheme="minorEastAsia" w:hAnsiTheme="minorEastAsia" w:hint="eastAsia"/>
                <w:lang w:eastAsia="ja-JP"/>
              </w:rPr>
              <w:t>賃貸</w:t>
            </w:r>
            <w:r w:rsidR="002B205E">
              <w:rPr>
                <w:rFonts w:asciiTheme="minorEastAsia" w:hAnsiTheme="minorEastAsia" w:hint="eastAsia"/>
                <w:lang w:eastAsia="zh-TW"/>
              </w:rPr>
              <w:t>人</w:t>
            </w:r>
            <w:r w:rsidR="002B205E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/>
                <w:lang w:eastAsia="ja-JP"/>
              </w:rPr>
              <w:t>□その他</w:t>
            </w:r>
            <w:r w:rsidR="009C153C" w:rsidRPr="00F6084A">
              <w:rPr>
                <w:rFonts w:asciiTheme="minorEastAsia" w:hAnsiTheme="minorEastAsia" w:hint="eastAsia"/>
                <w:lang w:eastAsia="ja-JP"/>
              </w:rPr>
              <w:t>（　　　　　　　　　　）</w:t>
            </w:r>
          </w:p>
        </w:tc>
      </w:tr>
    </w:tbl>
    <w:p w14:paraId="4171170E" w14:textId="20377928" w:rsidR="002202F2" w:rsidRPr="00F6084A" w:rsidRDefault="006C46CC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3E1D1AA" wp14:editId="571A65C2">
                <wp:simplePos x="0" y="0"/>
                <wp:positionH relativeFrom="column">
                  <wp:posOffset>3286443</wp:posOffset>
                </wp:positionH>
                <wp:positionV relativeFrom="paragraph">
                  <wp:posOffset>289242</wp:posOffset>
                </wp:positionV>
                <wp:extent cx="114300" cy="257175"/>
                <wp:effectExtent l="61912" t="14288" r="42863" b="138112"/>
                <wp:wrapNone/>
                <wp:docPr id="1504592050" name="フレーム (半分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23533">
                          <a:off x="0" y="0"/>
                          <a:ext cx="114300" cy="257175"/>
                        </a:xfrm>
                        <a:prstGeom prst="halfFram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9FB1B" id="フレーム (半分) 1" o:spid="_x0000_s1026" style="position:absolute;margin-left:258.8pt;margin-top:22.75pt;width:9pt;height:20.25pt;rotation:-8821656fd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" path="m,l114300,,97367,38100r-59267,l38100,171451,,257175,,xe" fillcolor="red" stroked="f">
                <v:shadow on="t" color="black" opacity="22937f" origin=",.5" offset="0,.63889mm"/>
                <v:path arrowok="t" o:connecttype="custom" o:connectlocs="0,0;114300,0;97367,38100;38100,38100;38100,171451;0,257175;0,0" o:connectangles="0,0,0,0,0,0,0"/>
              </v:shape>
            </w:pict>
          </mc:Fallback>
        </mc:AlternateContent>
      </w:r>
      <w:r>
        <w:rPr>
          <w:rFonts w:asciiTheme="minorEastAsia" w:hAnsiTheme="minorEastAsia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15A54A7" wp14:editId="0843EFFE">
                <wp:simplePos x="0" y="0"/>
                <wp:positionH relativeFrom="column">
                  <wp:posOffset>1742122</wp:posOffset>
                </wp:positionH>
                <wp:positionV relativeFrom="paragraph">
                  <wp:posOffset>454977</wp:posOffset>
                </wp:positionV>
                <wp:extent cx="114300" cy="257175"/>
                <wp:effectExtent l="61912" t="14288" r="42863" b="138112"/>
                <wp:wrapNone/>
                <wp:docPr id="1226849769" name="フレーム (半分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23533">
                          <a:off x="0" y="0"/>
                          <a:ext cx="114300" cy="257175"/>
                        </a:xfrm>
                        <a:prstGeom prst="halfFram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BACCE" id="フレーム (半分) 1" o:spid="_x0000_s1026" style="position:absolute;margin-left:137.15pt;margin-top:35.8pt;width:9pt;height:20.25pt;rotation:-8821656fd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" path="m,l114300,,97367,38100r-59267,l38100,171451,,257175,,xe" fillcolor="red" stroked="f">
                <v:shadow on="t" color="black" opacity="22937f" origin=",.5" offset="0,.63889mm"/>
                <v:path arrowok="t" o:connecttype="custom" o:connectlocs="0,0;114300,0;97367,38100;38100,38100;38100,171451;0,257175;0,0" o:connectangles="0,0,0,0,0,0,0"/>
              </v:shape>
            </w:pict>
          </mc:Fallback>
        </mc:AlternateContent>
      </w:r>
      <w:r w:rsidR="00F6084A"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３</w:t>
      </w:r>
      <w:r w:rsidR="00960DD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 xml:space="preserve"> </w:t>
      </w:r>
      <w:r w:rsidR="009C04E2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収集・処分</w:t>
      </w:r>
      <w:proofErr w:type="spellStart"/>
      <w:r w:rsidR="009C153C" w:rsidRPr="00F6084A">
        <w:rPr>
          <w:rFonts w:asciiTheme="minorEastAsia" w:hAnsiTheme="minorEastAsia"/>
          <w:b/>
          <w:bCs/>
          <w:sz w:val="28"/>
          <w:szCs w:val="28"/>
        </w:rPr>
        <w:t>対象</w:t>
      </w:r>
      <w:proofErr w:type="spellEnd"/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6372"/>
      </w:tblGrid>
      <w:tr w:rsidR="002202F2" w:rsidRPr="00F6084A" w14:paraId="7EA190EE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2A8E3EDE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対象物</w:t>
            </w:r>
            <w:proofErr w:type="spellEnd"/>
          </w:p>
        </w:tc>
        <w:tc>
          <w:tcPr>
            <w:tcW w:w="6372" w:type="dxa"/>
            <w:vAlign w:val="center"/>
          </w:tcPr>
          <w:p w14:paraId="062E37B6" w14:textId="4EE276F4" w:rsidR="009C04E2" w:rsidRDefault="005B740D" w:rsidP="009C04E2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 xml:space="preserve">ブロック塀 </w: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□瓦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門柱</w:t>
            </w:r>
            <w:r w:rsidR="00AA7E76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コンクリート片</w:t>
            </w:r>
          </w:p>
          <w:p w14:paraId="2E0E88C4" w14:textId="7C5323A6" w:rsidR="002202F2" w:rsidRPr="00F6084A" w:rsidRDefault="005B740D" w:rsidP="009C04E2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石材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その他</w: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>（　　　　　　　　）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　□混在</w:t>
            </w:r>
          </w:p>
        </w:tc>
      </w:tr>
      <w:tr w:rsidR="002202F2" w:rsidRPr="00F6084A" w14:paraId="735F287A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1625BF3D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概算量</w:t>
            </w:r>
            <w:proofErr w:type="spellEnd"/>
          </w:p>
        </w:tc>
        <w:tc>
          <w:tcPr>
            <w:tcW w:w="6372" w:type="dxa"/>
            <w:vAlign w:val="center"/>
          </w:tcPr>
          <w:p w14:paraId="51E8FF82" w14:textId="7655EFF9" w:rsidR="005B740D" w:rsidRPr="00F6084A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 xml:space="preserve">□少量　</w:t>
            </w:r>
            <w:r w:rsidR="00880363">
              <w:rPr>
                <w:rFonts w:asciiTheme="minorEastAsia" w:hAnsiTheme="minorEastAsia" w:hint="eastAsia"/>
                <w:lang w:eastAsia="ja-JP"/>
              </w:rPr>
              <w:t xml:space="preserve">　　　</w:t>
            </w:r>
            <w:r w:rsidRPr="00F6084A">
              <w:rPr>
                <w:rFonts w:asciiTheme="minorEastAsia" w:hAnsiTheme="minorEastAsia" w:hint="eastAsia"/>
                <w:lang w:eastAsia="ja-JP"/>
              </w:rPr>
              <w:t>□軽トラ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1/2台分</w:t>
            </w:r>
            <w:r w:rsidRPr="00F6084A">
              <w:rPr>
                <w:rFonts w:asciiTheme="minorEastAsia" w:hAnsiTheme="minorEastAsia" w:hint="eastAsia"/>
                <w:lang w:eastAsia="ja-JP"/>
              </w:rPr>
              <w:t xml:space="preserve">程度　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□軽トラ</w:t>
            </w:r>
            <w:r w:rsidR="00880363">
              <w:rPr>
                <w:rFonts w:asciiTheme="minorEastAsia" w:hAnsiTheme="minorEastAsia" w:hint="eastAsia"/>
                <w:lang w:eastAsia="ja-JP"/>
              </w:rPr>
              <w:t>１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台分程度</w:t>
            </w:r>
          </w:p>
          <w:p w14:paraId="41263F82" w14:textId="01F03CFF" w:rsidR="002202F2" w:rsidRPr="00F6084A" w:rsidRDefault="00AB7153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4969AD57" wp14:editId="3BE62348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124460</wp:posOffset>
                      </wp:positionV>
                      <wp:extent cx="114300" cy="257175"/>
                      <wp:effectExtent l="61912" t="14288" r="42863" b="138112"/>
                      <wp:wrapNone/>
                      <wp:docPr id="1797202493" name="フレーム (半分)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3533">
                                <a:off x="0" y="0"/>
                                <a:ext cx="114300" cy="257175"/>
                              </a:xfrm>
                              <a:prstGeom prst="half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723F9" id="フレーム (半分) 1" o:spid="_x0000_s1026" style="position:absolute;margin-left:4.35pt;margin-top:9.8pt;width:9pt;height:20.25pt;rotation:-8821656fd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" path="m,l114300,,97367,38100r-59267,l38100,171451,,257175,,xe" fillcolor="red" stroked="f">
                      <v:shadow on="t" color="black" opacity="22937f" origin=",.5" offset="0,.63889mm"/>
                      <v:path arrowok="t" o:connecttype="custom" o:connectlocs="0,0;114300,0;97367,38100;38100,38100;38100,171451;0,257175;0,0" o:connectangles="0,0,0,0,0,0,0"/>
                    </v:shape>
                  </w:pict>
                </mc:Fallback>
              </mc:AlternateConten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880363">
              <w:rPr>
                <w:rFonts w:asciiTheme="minorEastAsia" w:hAnsiTheme="minorEastAsia" w:hint="eastAsia"/>
                <w:lang w:eastAsia="ja-JP"/>
              </w:rPr>
              <w:t>２ｔ</w: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 xml:space="preserve">車程度　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□その他（　　　　　　　　　）　</w:t>
            </w:r>
            <w:r w:rsidR="00D457A1" w:rsidRPr="00F6084A">
              <w:rPr>
                <w:rFonts w:asciiTheme="minorEastAsia" w:hAnsiTheme="minorEastAsia" w:hint="eastAsia"/>
                <w:lang w:eastAsia="ja-JP"/>
              </w:rPr>
              <w:t>□不明</w:t>
            </w:r>
          </w:p>
        </w:tc>
      </w:tr>
      <w:tr w:rsidR="002202F2" w:rsidRPr="00F6084A" w14:paraId="06E7E085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3D1DC29C" w14:textId="77777777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搬出経路</w:t>
            </w:r>
            <w:proofErr w:type="spellEnd"/>
          </w:p>
        </w:tc>
        <w:tc>
          <w:tcPr>
            <w:tcW w:w="6372" w:type="dxa"/>
            <w:vAlign w:val="center"/>
          </w:tcPr>
          <w:p w14:paraId="39BF9C9C" w14:textId="6CE122B1" w:rsidR="002202F2" w:rsidRPr="00F6084A" w:rsidRDefault="00AB7153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30516E4" wp14:editId="14072ECD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316865</wp:posOffset>
                      </wp:positionV>
                      <wp:extent cx="114300" cy="257175"/>
                      <wp:effectExtent l="61912" t="14288" r="42863" b="138112"/>
                      <wp:wrapNone/>
                      <wp:docPr id="666645256" name="フレーム (半分)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3533">
                                <a:off x="0" y="0"/>
                                <a:ext cx="114300" cy="257175"/>
                              </a:xfrm>
                              <a:prstGeom prst="half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43B57" id="フレーム (半分) 1" o:spid="_x0000_s1026" style="position:absolute;margin-left:3.9pt;margin-top:24.95pt;width:9pt;height:20.25pt;rotation:-8821656fd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" path="m,l114300,,97367,38100r-59267,l38100,171451,,257175,,xe" fillcolor="red" stroked="f">
                      <v:shadow on="t" color="black" opacity="22937f" origin=",.5" offset="0,.63889mm"/>
                      <v:path arrowok="t" o:connecttype="custom" o:connectlocs="0,0;114300,0;97367,38100;38100,38100;38100,171451;0,257175;0,0" o:connectangles="0,0,0,0,0,0,0"/>
                    </v:shape>
                  </w:pict>
                </mc:Fallback>
              </mc:AlternateContent>
            </w:r>
            <w:r w:rsidR="00FC42B8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車両進入可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（幅員　</w:t>
            </w:r>
            <w:r>
              <w:rPr>
                <w:rFonts w:asciiTheme="minorEastAsia" w:hAnsiTheme="minorEastAsia" w:hint="eastAsia"/>
                <w:color w:val="FF0000"/>
                <w:lang w:eastAsia="ja-JP"/>
              </w:rPr>
              <w:t>4</w:t>
            </w:r>
            <w:r w:rsidR="009C04E2">
              <w:rPr>
                <w:rFonts w:asciiTheme="minorEastAsia" w:hAnsiTheme="minorEastAsia" w:hint="eastAsia"/>
                <w:lang w:eastAsia="ja-JP"/>
              </w:rPr>
              <w:t xml:space="preserve">　ｍ）</w:t>
            </w:r>
            <w:r w:rsidR="009C153C" w:rsidRPr="00F6084A">
              <w:rPr>
                <w:rFonts w:asciiTheme="minorEastAsia" w:hAnsiTheme="minorEastAsia"/>
                <w:lang w:eastAsia="ja-JP"/>
              </w:rPr>
              <w:t xml:space="preserve"> </w:t>
            </w:r>
            <w:r w:rsidR="00FC42B8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04E2">
              <w:rPr>
                <w:rFonts w:asciiTheme="minorEastAsia" w:hAnsiTheme="minorEastAsia" w:hint="eastAsia"/>
                <w:lang w:eastAsia="ja-JP"/>
              </w:rPr>
              <w:t>狭小（幅員　　ｍ）</w:t>
            </w:r>
            <w:r w:rsidR="009C153C" w:rsidRPr="00F6084A">
              <w:rPr>
                <w:rFonts w:asciiTheme="minorEastAsia" w:hAnsiTheme="minorEastAsia"/>
                <w:lang w:eastAsia="ja-JP"/>
              </w:rPr>
              <w:t xml:space="preserve"> </w:t>
            </w:r>
            <w:r w:rsidR="00FC42B8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F6084A">
              <w:rPr>
                <w:rFonts w:asciiTheme="minorEastAsia" w:hAnsiTheme="minorEastAsia"/>
                <w:lang w:eastAsia="ja-JP"/>
              </w:rPr>
              <w:t>不明</w:t>
            </w:r>
          </w:p>
        </w:tc>
      </w:tr>
      <w:tr w:rsidR="00607385" w:rsidRPr="00F6084A" w14:paraId="27BB2558" w14:textId="77777777" w:rsidTr="000557A3">
        <w:trPr>
          <w:trHeight w:val="624"/>
          <w:jc w:val="center"/>
        </w:trPr>
        <w:tc>
          <w:tcPr>
            <w:tcW w:w="2268" w:type="dxa"/>
            <w:vAlign w:val="center"/>
          </w:tcPr>
          <w:p w14:paraId="43E7FD57" w14:textId="441B4D49" w:rsidR="00607385" w:rsidRPr="00F6084A" w:rsidRDefault="00607385" w:rsidP="00F6084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ja-JP"/>
              </w:rPr>
              <w:t>収集時の立会い</w:t>
            </w:r>
          </w:p>
        </w:tc>
        <w:tc>
          <w:tcPr>
            <w:tcW w:w="6372" w:type="dxa"/>
            <w:vAlign w:val="center"/>
          </w:tcPr>
          <w:p w14:paraId="35EEDDAE" w14:textId="7ECD61CD" w:rsidR="00607385" w:rsidRPr="00F6084A" w:rsidRDefault="00607385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□あり（※写真不要）　　□なし（※写真必要）</w:t>
            </w:r>
          </w:p>
        </w:tc>
      </w:tr>
    </w:tbl>
    <w:p w14:paraId="33DDFD31" w14:textId="1B0FB4E5" w:rsidR="00B67CE7" w:rsidRPr="00F6084A" w:rsidRDefault="00B67CE7" w:rsidP="00F6084A">
      <w:pPr>
        <w:spacing w:line="240" w:lineRule="exact"/>
        <w:rPr>
          <w:rFonts w:asciiTheme="minorEastAsia" w:hAnsiTheme="minorEastAsia"/>
          <w:lang w:eastAsia="ja-JP"/>
        </w:rPr>
      </w:pPr>
    </w:p>
    <w:p w14:paraId="0BD3297B" w14:textId="0EF3BA6E" w:rsidR="002202F2" w:rsidRPr="00F6084A" w:rsidRDefault="006415CB" w:rsidP="00D457A1">
      <w:pPr>
        <w:spacing w:line="240" w:lineRule="auto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2E4A5DA" wp14:editId="493FF92C">
                <wp:simplePos x="0" y="0"/>
                <wp:positionH relativeFrom="column">
                  <wp:posOffset>1627823</wp:posOffset>
                </wp:positionH>
                <wp:positionV relativeFrom="paragraph">
                  <wp:posOffset>213677</wp:posOffset>
                </wp:positionV>
                <wp:extent cx="114300" cy="257175"/>
                <wp:effectExtent l="61912" t="14288" r="42863" b="138112"/>
                <wp:wrapNone/>
                <wp:docPr id="1260057142" name="フレーム (半分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23533">
                          <a:off x="0" y="0"/>
                          <a:ext cx="114300" cy="257175"/>
                        </a:xfrm>
                        <a:prstGeom prst="halfFram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19200" id="フレーム (半分) 1" o:spid="_x0000_s1026" style="position:absolute;margin-left:128.2pt;margin-top:16.8pt;width:9pt;height:20.25pt;rotation:-8821656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" path="m,l114300,,97367,38100r-59267,l38100,171451,,257175,,xe" fillcolor="red" stroked="f">
                <v:shadow on="t" color="black" opacity="22937f" origin=",.5" offset="0,.63889mm"/>
                <v:path arrowok="t" o:connecttype="custom" o:connectlocs="0,0;114300,0;97367,38100;38100,38100;38100,171451;0,257175;0,0" o:connectangles="0,0,0,0,0,0,0"/>
              </v:shape>
            </w:pict>
          </mc:Fallback>
        </mc:AlternateContent>
      </w:r>
      <w:r w:rsidR="00F6084A"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４</w:t>
      </w:r>
      <w:r w:rsidR="009C153C" w:rsidRPr="00F6084A">
        <w:rPr>
          <w:rFonts w:asciiTheme="minorEastAsia" w:hAnsiTheme="minorEastAsia"/>
          <w:b/>
          <w:bCs/>
          <w:sz w:val="28"/>
          <w:szCs w:val="28"/>
        </w:rPr>
        <w:t xml:space="preserve"> </w:t>
      </w:r>
      <w:proofErr w:type="spellStart"/>
      <w:r w:rsidR="009C153C" w:rsidRPr="00F6084A">
        <w:rPr>
          <w:rFonts w:asciiTheme="minorEastAsia" w:hAnsiTheme="minorEastAsia"/>
          <w:b/>
          <w:bCs/>
          <w:sz w:val="28"/>
          <w:szCs w:val="28"/>
        </w:rPr>
        <w:t>添付資料</w:t>
      </w:r>
      <w:proofErr w:type="spellEnd"/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6629"/>
      </w:tblGrid>
      <w:tr w:rsidR="002202F2" w:rsidRPr="00F6084A" w14:paraId="5F69A7C4" w14:textId="77777777" w:rsidTr="000557A3">
        <w:trPr>
          <w:trHeight w:val="1134"/>
          <w:jc w:val="center"/>
        </w:trPr>
        <w:tc>
          <w:tcPr>
            <w:tcW w:w="2160" w:type="dxa"/>
            <w:vAlign w:val="center"/>
          </w:tcPr>
          <w:p w14:paraId="3EEB03F0" w14:textId="20D42AF2" w:rsidR="002202F2" w:rsidRPr="00F6084A" w:rsidRDefault="009C153C" w:rsidP="00AA7E76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提出資料</w:t>
            </w:r>
            <w:proofErr w:type="spellEnd"/>
          </w:p>
        </w:tc>
        <w:tc>
          <w:tcPr>
            <w:tcW w:w="6629" w:type="dxa"/>
            <w:vAlign w:val="center"/>
          </w:tcPr>
          <w:p w14:paraId="517E6986" w14:textId="3E163D81" w:rsidR="00AA7E76" w:rsidRPr="00880363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AA7E76" w:rsidRPr="00AA7E76">
              <w:rPr>
                <w:rFonts w:asciiTheme="minorEastAsia" w:hAnsiTheme="minorEastAsia" w:hint="eastAsia"/>
                <w:lang w:eastAsia="ja-JP"/>
              </w:rPr>
              <w:t>ブ</w:t>
            </w:r>
            <w:r w:rsidR="00AA7E76" w:rsidRPr="00880363">
              <w:rPr>
                <w:rFonts w:asciiTheme="minorEastAsia" w:hAnsiTheme="minorEastAsia" w:hint="eastAsia"/>
                <w:lang w:eastAsia="ja-JP"/>
              </w:rPr>
              <w:t>ロック塀、屋根など全体がわかる写真</w:t>
            </w:r>
          </w:p>
          <w:p w14:paraId="47DBAFCD" w14:textId="348D2E00" w:rsidR="00D457A1" w:rsidRPr="00880363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□</w:t>
            </w:r>
            <w:r w:rsidR="00AA7E76" w:rsidRPr="00880363">
              <w:rPr>
                <w:rFonts w:asciiTheme="minorEastAsia" w:hAnsiTheme="minorEastAsia" w:hint="eastAsia"/>
                <w:lang w:eastAsia="ja-JP"/>
              </w:rPr>
              <w:t>撤去を依頼するがれきの写真</w:t>
            </w:r>
          </w:p>
          <w:p w14:paraId="03B7D12F" w14:textId="14373D4F" w:rsidR="00AA7E76" w:rsidRPr="00880363" w:rsidRDefault="00AA7E76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※がれきの収集に立ち会う場合、写真は不要です。</w:t>
            </w:r>
          </w:p>
          <w:p w14:paraId="23D5DAF7" w14:textId="1067D033" w:rsidR="00494761" w:rsidRPr="00880363" w:rsidRDefault="00D457A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□</w:t>
            </w:r>
            <w:r w:rsidR="009C153C" w:rsidRPr="00880363">
              <w:rPr>
                <w:rFonts w:asciiTheme="minorEastAsia" w:hAnsiTheme="minorEastAsia"/>
                <w:lang w:eastAsia="ja-JP"/>
              </w:rPr>
              <w:t>委任状</w:t>
            </w:r>
          </w:p>
          <w:p w14:paraId="3C09FFE4" w14:textId="592490B4" w:rsidR="002202F2" w:rsidRPr="00880363" w:rsidRDefault="006415CB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84950E2" wp14:editId="7A34FA8B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45720</wp:posOffset>
                      </wp:positionV>
                      <wp:extent cx="114300" cy="257175"/>
                      <wp:effectExtent l="61912" t="14288" r="42863" b="138112"/>
                      <wp:wrapNone/>
                      <wp:docPr id="315320291" name="フレーム (半分)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3533">
                                <a:off x="0" y="0"/>
                                <a:ext cx="114300" cy="257175"/>
                              </a:xfrm>
                              <a:prstGeom prst="half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FF63A" id="フレーム (半分) 1" o:spid="_x0000_s1026" style="position:absolute;margin-left:6.6pt;margin-top:3.6pt;width:9pt;height:20.25pt;rotation:-8821656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" path="m,l114300,,97367,38100r-59267,l38100,171451,,257175,,xe" fillcolor="red" stroked="f">
                      <v:shadow on="t" color="black" opacity="22937f" origin=",.5" offset="0,.63889mm"/>
                      <v:path arrowok="t" o:connecttype="custom" o:connectlocs="0,0;114300,0;97367,38100;38100,38100;38100,171451;0,257175;0,0" o:connectangles="0,0,0,0,0,0,0"/>
                    </v:shape>
                  </w:pict>
                </mc:Fallback>
              </mc:AlternateContent>
            </w:r>
            <w:r w:rsidR="00494761" w:rsidRPr="00880363">
              <w:rPr>
                <w:rFonts w:asciiTheme="minorEastAsia" w:hAnsiTheme="minorEastAsia" w:hint="eastAsia"/>
                <w:lang w:eastAsia="ja-JP"/>
              </w:rPr>
              <w:t>※</w:t>
            </w:r>
            <w:r w:rsidR="00880363">
              <w:rPr>
                <w:rFonts w:asciiTheme="minorEastAsia" w:hAnsiTheme="minorEastAsia" w:hint="eastAsia"/>
                <w:lang w:eastAsia="ja-JP"/>
              </w:rPr>
              <w:t>依頼</w:t>
            </w:r>
            <w:r w:rsidR="00494761" w:rsidRPr="00880363">
              <w:rPr>
                <w:rFonts w:asciiTheme="minorEastAsia" w:hAnsiTheme="minorEastAsia" w:hint="eastAsia"/>
                <w:lang w:eastAsia="ja-JP"/>
              </w:rPr>
              <w:t>者と窓口にこられた方が異なる場合、委任状が必要です。</w:t>
            </w:r>
          </w:p>
          <w:p w14:paraId="39621884" w14:textId="32152614" w:rsidR="00494761" w:rsidRPr="00880363" w:rsidRDefault="0049476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□承諾書</w:t>
            </w:r>
          </w:p>
          <w:p w14:paraId="5902E720" w14:textId="487F5D21" w:rsidR="00494761" w:rsidRPr="00F6084A" w:rsidRDefault="00494761" w:rsidP="008F4B04">
            <w:pPr>
              <w:jc w:val="both"/>
              <w:rPr>
                <w:rFonts w:asciiTheme="minorEastAsia" w:hAnsiTheme="minorEastAsia"/>
                <w:lang w:eastAsia="ja-JP"/>
              </w:rPr>
            </w:pPr>
            <w:r w:rsidRPr="00880363">
              <w:rPr>
                <w:rFonts w:asciiTheme="minorEastAsia" w:hAnsiTheme="minorEastAsia" w:hint="eastAsia"/>
                <w:lang w:eastAsia="ja-JP"/>
              </w:rPr>
              <w:t>※</w:t>
            </w:r>
            <w:r w:rsidR="00880363">
              <w:rPr>
                <w:rFonts w:asciiTheme="minorEastAsia" w:hAnsiTheme="minorEastAsia" w:hint="eastAsia"/>
                <w:lang w:eastAsia="ja-JP"/>
              </w:rPr>
              <w:t>依頼</w:t>
            </w:r>
            <w:r w:rsidRPr="00880363">
              <w:rPr>
                <w:rFonts w:asciiTheme="minorEastAsia" w:hAnsiTheme="minorEastAsia" w:hint="eastAsia"/>
                <w:lang w:eastAsia="ja-JP"/>
              </w:rPr>
              <w:t>者</w:t>
            </w:r>
            <w:r w:rsidR="00AA7E76" w:rsidRPr="00880363">
              <w:rPr>
                <w:rFonts w:asciiTheme="minorEastAsia" w:hAnsiTheme="minorEastAsia" w:hint="eastAsia"/>
                <w:lang w:eastAsia="ja-JP"/>
              </w:rPr>
              <w:t>と所有者</w:t>
            </w:r>
            <w:r w:rsidRPr="00880363">
              <w:rPr>
                <w:rFonts w:asciiTheme="minorEastAsia" w:hAnsiTheme="minorEastAsia" w:hint="eastAsia"/>
                <w:lang w:eastAsia="ja-JP"/>
              </w:rPr>
              <w:t>が異なる場合は、承諾書が必要です。</w:t>
            </w:r>
          </w:p>
        </w:tc>
      </w:tr>
    </w:tbl>
    <w:p w14:paraId="3FD9EA5A" w14:textId="4F69DEA2" w:rsidR="00D457A1" w:rsidRPr="00F6084A" w:rsidRDefault="00D457A1" w:rsidP="00D457A1">
      <w:pPr>
        <w:spacing w:line="240" w:lineRule="auto"/>
        <w:rPr>
          <w:rFonts w:asciiTheme="minorEastAsia" w:hAnsiTheme="minorEastAsia"/>
          <w:lang w:eastAsia="ja-JP"/>
        </w:rPr>
      </w:pPr>
    </w:p>
    <w:p w14:paraId="3BBBB320" w14:textId="1636E5EC" w:rsidR="002202F2" w:rsidRPr="00F6084A" w:rsidRDefault="00A51256" w:rsidP="00D457A1">
      <w:pPr>
        <w:spacing w:line="240" w:lineRule="auto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AD01388" wp14:editId="1517CE8D">
                <wp:simplePos x="0" y="0"/>
                <wp:positionH relativeFrom="column">
                  <wp:posOffset>1627823</wp:posOffset>
                </wp:positionH>
                <wp:positionV relativeFrom="paragraph">
                  <wp:posOffset>616902</wp:posOffset>
                </wp:positionV>
                <wp:extent cx="114300" cy="257175"/>
                <wp:effectExtent l="61912" t="14288" r="42863" b="138112"/>
                <wp:wrapNone/>
                <wp:docPr id="1436206944" name="フレーム (半分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23533">
                          <a:off x="0" y="0"/>
                          <a:ext cx="114300" cy="257175"/>
                        </a:xfrm>
                        <a:prstGeom prst="halfFram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1DE65" id="フレーム (半分) 1" o:spid="_x0000_s1026" style="position:absolute;margin-left:128.2pt;margin-top:48.55pt;width:9pt;height:20.25pt;rotation:-8821656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" path="m,l114300,,97367,38100r-59267,l38100,171451,,257175,,xe" fillcolor="red" stroked="f">
                <v:shadow on="t" color="black" opacity="22937f" origin=",.5" offset="0,.63889mm"/>
                <v:path arrowok="t" o:connecttype="custom" o:connectlocs="0,0;114300,0;97367,38100;38100,38100;38100,171451;0,257175;0,0" o:connectangles="0,0,0,0,0,0,0"/>
              </v:shape>
            </w:pict>
          </mc:Fallback>
        </mc:AlternateContent>
      </w:r>
      <w:r>
        <w:rPr>
          <w:rFonts w:asciiTheme="minorEastAsia" w:hAnsiTheme="minorEastAsia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AADE5E7" wp14:editId="6CA68454">
                <wp:simplePos x="0" y="0"/>
                <wp:positionH relativeFrom="column">
                  <wp:posOffset>1627823</wp:posOffset>
                </wp:positionH>
                <wp:positionV relativeFrom="paragraph">
                  <wp:posOffset>407352</wp:posOffset>
                </wp:positionV>
                <wp:extent cx="114300" cy="257175"/>
                <wp:effectExtent l="61912" t="14288" r="42863" b="138112"/>
                <wp:wrapNone/>
                <wp:docPr id="982286344" name="フレーム (半分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23533">
                          <a:off x="0" y="0"/>
                          <a:ext cx="114300" cy="257175"/>
                        </a:xfrm>
                        <a:prstGeom prst="halfFram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A3B56" id="フレーム (半分) 1" o:spid="_x0000_s1026" style="position:absolute;margin-left:128.2pt;margin-top:32.05pt;width:9pt;height:20.25pt;rotation:-8821656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" path="m,l114300,,97367,38100r-59267,l38100,171451,,257175,,xe" fillcolor="red" stroked="f">
                <v:shadow on="t" color="black" opacity="22937f" origin=",.5" offset="0,.63889mm"/>
                <v:path arrowok="t" o:connecttype="custom" o:connectlocs="0,0;114300,0;97367,38100;38100,38100;38100,171451;0,257175;0,0" o:connectangles="0,0,0,0,0,0,0"/>
              </v:shape>
            </w:pict>
          </mc:Fallback>
        </mc:AlternateContent>
      </w:r>
      <w:r w:rsidR="006415CB">
        <w:rPr>
          <w:rFonts w:asciiTheme="minorEastAsia" w:hAnsiTheme="minorEastAsia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838A654" wp14:editId="383F9325">
                <wp:simplePos x="0" y="0"/>
                <wp:positionH relativeFrom="column">
                  <wp:posOffset>1629094</wp:posOffset>
                </wp:positionH>
                <wp:positionV relativeFrom="paragraph">
                  <wp:posOffset>257491</wp:posOffset>
                </wp:positionV>
                <wp:extent cx="114300" cy="257175"/>
                <wp:effectExtent l="61912" t="14288" r="42863" b="138112"/>
                <wp:wrapNone/>
                <wp:docPr id="1044896174" name="フレーム (半分)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23533">
                          <a:off x="0" y="0"/>
                          <a:ext cx="114300" cy="257175"/>
                        </a:xfrm>
                        <a:prstGeom prst="halfFram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95CCF" id="フレーム (半分) 1" o:spid="_x0000_s1026" style="position:absolute;margin-left:128.3pt;margin-top:20.25pt;width:9pt;height:20.25pt;rotation:-882165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" path="m,l114300,,97367,38100r-59267,l38100,171451,,257175,,xe" fillcolor="red" stroked="f">
                <v:shadow on="t" color="black" opacity="22937f" origin=",.5" offset="0,.63889mm"/>
                <v:path arrowok="t" o:connecttype="custom" o:connectlocs="0,0;114300,0;97367,38100;38100,38100;38100,171451;0,257175;0,0" o:connectangles="0,0,0,0,0,0,0"/>
              </v:shape>
            </w:pict>
          </mc:Fallback>
        </mc:AlternateContent>
      </w:r>
      <w:r w:rsidR="00F6084A" w:rsidRPr="00F6084A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５</w:t>
      </w:r>
      <w:r w:rsidR="009C153C" w:rsidRPr="00F6084A">
        <w:rPr>
          <w:rFonts w:asciiTheme="minorEastAsia" w:hAnsiTheme="minorEastAsia"/>
          <w:b/>
          <w:bCs/>
          <w:sz w:val="28"/>
          <w:szCs w:val="28"/>
        </w:rPr>
        <w:t xml:space="preserve"> </w:t>
      </w:r>
      <w:r w:rsidR="00AA7E76">
        <w:rPr>
          <w:rFonts w:asciiTheme="minorEastAsia" w:hAnsiTheme="minorEastAsia" w:hint="eastAsia"/>
          <w:b/>
          <w:bCs/>
          <w:sz w:val="28"/>
          <w:szCs w:val="28"/>
          <w:lang w:eastAsia="ja-JP"/>
        </w:rPr>
        <w:t>依頼</w:t>
      </w:r>
      <w:proofErr w:type="spellStart"/>
      <w:r w:rsidR="009C153C" w:rsidRPr="00F6084A">
        <w:rPr>
          <w:rFonts w:asciiTheme="minorEastAsia" w:hAnsiTheme="minorEastAsia"/>
          <w:b/>
          <w:bCs/>
          <w:sz w:val="28"/>
          <w:szCs w:val="28"/>
        </w:rPr>
        <w:t>者確認</w:t>
      </w:r>
      <w:proofErr w:type="spellEnd"/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36"/>
        <w:gridCol w:w="6522"/>
      </w:tblGrid>
      <w:tr w:rsidR="002202F2" w:rsidRPr="00F6084A" w14:paraId="30BA78ED" w14:textId="77777777" w:rsidTr="00AA7E76">
        <w:trPr>
          <w:trHeight w:val="1237"/>
          <w:jc w:val="center"/>
        </w:trPr>
        <w:tc>
          <w:tcPr>
            <w:tcW w:w="2136" w:type="dxa"/>
            <w:vAlign w:val="center"/>
          </w:tcPr>
          <w:p w14:paraId="2AD39C48" w14:textId="14C5C975" w:rsidR="002202F2" w:rsidRPr="00F6084A" w:rsidRDefault="009C153C" w:rsidP="00F6084A">
            <w:pPr>
              <w:jc w:val="center"/>
              <w:rPr>
                <w:rFonts w:asciiTheme="minorEastAsia" w:hAnsiTheme="minorEastAsia"/>
              </w:rPr>
            </w:pPr>
            <w:proofErr w:type="spellStart"/>
            <w:r w:rsidRPr="00F6084A">
              <w:rPr>
                <w:rFonts w:asciiTheme="minorEastAsia" w:hAnsiTheme="minorEastAsia"/>
              </w:rPr>
              <w:t>確認事項</w:t>
            </w:r>
            <w:proofErr w:type="spellEnd"/>
          </w:p>
        </w:tc>
        <w:tc>
          <w:tcPr>
            <w:tcW w:w="6522" w:type="dxa"/>
          </w:tcPr>
          <w:p w14:paraId="3F1898F0" w14:textId="68004DE5" w:rsidR="00880363" w:rsidRDefault="005B740D" w:rsidP="00D457A1">
            <w:pPr>
              <w:rPr>
                <w:rFonts w:asciiTheme="minorEastAsia" w:hAnsiTheme="minorEastAsia"/>
                <w:lang w:eastAsia="ja-JP"/>
              </w:rPr>
            </w:pPr>
            <w:r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9C153C" w:rsidRPr="00F6084A">
              <w:rPr>
                <w:rFonts w:asciiTheme="minorEastAsia" w:hAnsiTheme="minorEastAsia"/>
                <w:lang w:eastAsia="ja-JP"/>
              </w:rPr>
              <w:t>災害により発生した</w:t>
            </w:r>
            <w:r w:rsidR="00880363">
              <w:rPr>
                <w:rFonts w:asciiTheme="minorEastAsia" w:hAnsiTheme="minorEastAsia" w:hint="eastAsia"/>
                <w:lang w:eastAsia="ja-JP"/>
              </w:rPr>
              <w:t>がれき</w:t>
            </w:r>
            <w:r w:rsidR="009C153C" w:rsidRPr="00F6084A">
              <w:rPr>
                <w:rFonts w:asciiTheme="minorEastAsia" w:hAnsiTheme="minorEastAsia"/>
                <w:lang w:eastAsia="ja-JP"/>
              </w:rPr>
              <w:t>です</w:t>
            </w:r>
          </w:p>
          <w:p w14:paraId="30C076FD" w14:textId="531F40A3" w:rsidR="00F6084A" w:rsidRDefault="00A51256" w:rsidP="00D457A1">
            <w:pPr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A11F713" wp14:editId="0CB9B3AB">
                      <wp:simplePos x="0" y="0"/>
                      <wp:positionH relativeFrom="column">
                        <wp:posOffset>59373</wp:posOffset>
                      </wp:positionH>
                      <wp:positionV relativeFrom="paragraph">
                        <wp:posOffset>449262</wp:posOffset>
                      </wp:positionV>
                      <wp:extent cx="114300" cy="257175"/>
                      <wp:effectExtent l="61912" t="14288" r="42863" b="138112"/>
                      <wp:wrapNone/>
                      <wp:docPr id="1153929408" name="フレーム (半分)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3533">
                                <a:off x="0" y="0"/>
                                <a:ext cx="114300" cy="257175"/>
                              </a:xfrm>
                              <a:prstGeom prst="half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9F245" id="フレーム (半分) 1" o:spid="_x0000_s1026" style="position:absolute;margin-left:4.7pt;margin-top:35.35pt;width:9pt;height:20.25pt;rotation:-8821656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" path="m,l114300,,97367,38100r-59267,l38100,171451,,257175,,xe" fillcolor="red" stroked="f">
                      <v:shadow on="t" color="black" opacity="22937f" origin=",.5" offset="0,.63889mm"/>
                      <v:path arrowok="t" o:connecttype="custom" o:connectlocs="0,0;114300,0;97367,38100;38100,38100;38100,171451;0,257175;0,0" o:connectangles="0,0,0,0,0,0,0"/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3140F8E4" wp14:editId="78E7C106">
                      <wp:simplePos x="0" y="0"/>
                      <wp:positionH relativeFrom="column">
                        <wp:posOffset>58102</wp:posOffset>
                      </wp:positionH>
                      <wp:positionV relativeFrom="paragraph">
                        <wp:posOffset>280530</wp:posOffset>
                      </wp:positionV>
                      <wp:extent cx="114300" cy="257175"/>
                      <wp:effectExtent l="61912" t="14288" r="42863" b="138112"/>
                      <wp:wrapNone/>
                      <wp:docPr id="818791648" name="フレーム (半分)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3533">
                                <a:off x="0" y="0"/>
                                <a:ext cx="114300" cy="257175"/>
                              </a:xfrm>
                              <a:prstGeom prst="half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86CC0D" id="フレーム (半分) 1" o:spid="_x0000_s1026" style="position:absolute;margin-left:4.55pt;margin-top:22.1pt;width:9pt;height:20.25pt;rotation:-8821656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" path="m,l114300,,97367,38100r-59267,l38100,171451,,257175,,xe" fillcolor="red" stroked="f">
                      <v:shadow on="t" color="black" opacity="22937f" origin=",.5" offset="0,.63889mm"/>
                      <v:path arrowok="t" o:connecttype="custom" o:connectlocs="0,0;114300,0;97367,38100;38100,38100;38100,171451;0,257175;0,0" o:connectangles="0,0,0,0,0,0,0"/>
                    </v:shape>
                  </w:pict>
                </mc:Fallback>
              </mc:AlternateContent>
            </w:r>
            <w:r w:rsidR="00880363">
              <w:rPr>
                <w:rFonts w:asciiTheme="minorEastAsia" w:hAnsiTheme="minorEastAsia" w:hint="eastAsia"/>
                <w:lang w:eastAsia="ja-JP"/>
              </w:rPr>
              <w:t>□　解体作業を伴わないがれきです</w:t>
            </w:r>
            <w:r w:rsidR="009C153C" w:rsidRPr="00F6084A">
              <w:rPr>
                <w:rFonts w:asciiTheme="minorEastAsia" w:hAnsiTheme="minorEastAsia"/>
                <w:lang w:eastAsia="ja-JP"/>
              </w:rPr>
              <w:br/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EC4A0D">
              <w:rPr>
                <w:rFonts w:asciiTheme="minorEastAsia" w:hAnsiTheme="minorEastAsia" w:hint="eastAsia"/>
                <w:lang w:eastAsia="ja-JP"/>
              </w:rPr>
              <w:t>がれきに危険物の混入はありません</w:t>
            </w:r>
            <w:r w:rsidR="009C153C" w:rsidRPr="00F6084A">
              <w:rPr>
                <w:rFonts w:asciiTheme="minorEastAsia" w:hAnsiTheme="minorEastAsia"/>
                <w:lang w:eastAsia="ja-JP"/>
              </w:rPr>
              <w:br/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回収業者への</w:t>
            </w:r>
            <w:r w:rsidR="009C153C" w:rsidRPr="00F6084A">
              <w:rPr>
                <w:rFonts w:asciiTheme="minorEastAsia" w:hAnsiTheme="minorEastAsia"/>
                <w:lang w:eastAsia="ja-JP"/>
              </w:rPr>
              <w:t>情報共有に同意します</w:t>
            </w:r>
            <w:r w:rsidR="009C153C" w:rsidRPr="00F6084A">
              <w:rPr>
                <w:rFonts w:asciiTheme="minorEastAsia" w:hAnsiTheme="minorEastAsia"/>
                <w:lang w:eastAsia="ja-JP"/>
              </w:rPr>
              <w:br/>
            </w:r>
            <w:r w:rsidR="005B740D" w:rsidRPr="00F6084A">
              <w:rPr>
                <w:rFonts w:asciiTheme="minorEastAsia" w:hAnsiTheme="minorEastAsia" w:hint="eastAsia"/>
                <w:lang w:eastAsia="ja-JP"/>
              </w:rPr>
              <w:t>□</w:t>
            </w:r>
            <w:r w:rsidR="00F6084A">
              <w:rPr>
                <w:rFonts w:asciiTheme="minorEastAsia" w:hAnsiTheme="minorEastAsia" w:hint="eastAsia"/>
                <w:lang w:eastAsia="ja-JP"/>
              </w:rPr>
              <w:t xml:space="preserve">　</w:t>
            </w:r>
            <w:r w:rsidR="009C153C" w:rsidRPr="00F6084A">
              <w:rPr>
                <w:rFonts w:asciiTheme="minorEastAsia" w:hAnsiTheme="minorEastAsia"/>
                <w:lang w:eastAsia="ja-JP"/>
              </w:rPr>
              <w:t>対象外物は収集できない</w:t>
            </w:r>
            <w:r w:rsidR="009C153C" w:rsidRPr="00F6084A">
              <w:rPr>
                <w:rFonts w:asciiTheme="minorEastAsia" w:hAnsiTheme="minorEastAsia" w:hint="eastAsia"/>
                <w:lang w:eastAsia="ja-JP"/>
              </w:rPr>
              <w:t>ことを理解し</w:t>
            </w:r>
            <w:r w:rsidR="00880363">
              <w:rPr>
                <w:rFonts w:asciiTheme="minorEastAsia" w:hAnsiTheme="minorEastAsia" w:hint="eastAsia"/>
                <w:lang w:eastAsia="ja-JP"/>
              </w:rPr>
              <w:t>ました</w:t>
            </w:r>
          </w:p>
          <w:p w14:paraId="131F3ED7" w14:textId="043FF77E" w:rsidR="00EC4A0D" w:rsidRPr="00F6084A" w:rsidRDefault="00EC4A0D" w:rsidP="00EC4A0D">
            <w:pPr>
              <w:ind w:left="220" w:hangingChars="100" w:hanging="220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※対象外物があった場合、収集時に分別し、一部又は全部を収集しない場合があります。</w:t>
            </w:r>
          </w:p>
        </w:tc>
      </w:tr>
      <w:tr w:rsidR="002202F2" w:rsidRPr="00F6084A" w14:paraId="4F938F75" w14:textId="77777777" w:rsidTr="00AB7153">
        <w:trPr>
          <w:trHeight w:val="716"/>
          <w:jc w:val="center"/>
        </w:trPr>
        <w:tc>
          <w:tcPr>
            <w:tcW w:w="2136" w:type="dxa"/>
            <w:vAlign w:val="center"/>
          </w:tcPr>
          <w:p w14:paraId="7CBDE620" w14:textId="4B57AA86" w:rsidR="002202F2" w:rsidRPr="00F6084A" w:rsidRDefault="00AA7E76" w:rsidP="00F6084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lang w:eastAsia="ja-JP"/>
              </w:rPr>
              <w:t>確認</w:t>
            </w:r>
            <w:proofErr w:type="spellStart"/>
            <w:r w:rsidR="009C153C" w:rsidRPr="00F6084A">
              <w:rPr>
                <w:rFonts w:asciiTheme="minorEastAsia" w:hAnsiTheme="minorEastAsia"/>
              </w:rPr>
              <w:t>者署名</w:t>
            </w:r>
            <w:proofErr w:type="spellEnd"/>
          </w:p>
        </w:tc>
        <w:tc>
          <w:tcPr>
            <w:tcW w:w="6522" w:type="dxa"/>
            <w:vAlign w:val="center"/>
          </w:tcPr>
          <w:p w14:paraId="1C324526" w14:textId="4D9871F0" w:rsidR="002202F2" w:rsidRPr="00F6084A" w:rsidRDefault="00AB7153" w:rsidP="00D457A1">
            <w:pPr>
              <w:rPr>
                <w:rFonts w:asciiTheme="minorEastAsia" w:hAnsiTheme="minorEastAsia"/>
              </w:rPr>
            </w:pPr>
            <w:r w:rsidRPr="006C46CC">
              <w:rPr>
                <w:rFonts w:asciiTheme="minorEastAsia" w:hAnsiTheme="minorEastAsia" w:hint="eastAsia"/>
                <w:color w:val="FF0000"/>
                <w:lang w:eastAsia="ja-JP"/>
              </w:rPr>
              <w:t>熊本　花子</w:t>
            </w:r>
          </w:p>
        </w:tc>
      </w:tr>
    </w:tbl>
    <w:p w14:paraId="3E33F69F" w14:textId="77777777" w:rsidR="006A4DC5" w:rsidRDefault="006A4DC5" w:rsidP="006A4DC5">
      <w:pPr>
        <w:spacing w:line="240" w:lineRule="auto"/>
        <w:rPr>
          <w:rFonts w:asciiTheme="minorEastAsia" w:hAnsiTheme="minorEastAsia"/>
          <w:lang w:eastAsia="ja-JP"/>
        </w:rPr>
      </w:pPr>
    </w:p>
    <w:p w14:paraId="0CC92D85" w14:textId="4C99AAA2" w:rsidR="006A4DC5" w:rsidRDefault="006A4DC5" w:rsidP="006A4DC5">
      <w:pPr>
        <w:spacing w:line="240" w:lineRule="auto"/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【廃棄物計画課使用欄（記載しないでください）】</w:t>
      </w:r>
    </w:p>
    <w:tbl>
      <w:tblPr>
        <w:tblStyle w:val="afe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6A4DC5" w14:paraId="230F3ED0" w14:textId="77777777" w:rsidTr="00632D90">
        <w:tc>
          <w:tcPr>
            <w:tcW w:w="3402" w:type="dxa"/>
            <w:gridSpan w:val="2"/>
            <w:shd w:val="clear" w:color="auto" w:fill="D9D9D9" w:themeFill="background1" w:themeFillShade="D9"/>
          </w:tcPr>
          <w:p w14:paraId="1CE40D60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日程調整連絡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</w:tcPr>
          <w:p w14:paraId="73E1EF58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撤去日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3DA7EA25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調整</w:t>
            </w:r>
          </w:p>
          <w:p w14:paraId="6DCE6BEC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担当者</w:t>
            </w:r>
          </w:p>
        </w:tc>
      </w:tr>
      <w:tr w:rsidR="006A4DC5" w14:paraId="6789BF8B" w14:textId="77777777" w:rsidTr="00632D90">
        <w:tc>
          <w:tcPr>
            <w:tcW w:w="1701" w:type="dxa"/>
            <w:shd w:val="clear" w:color="auto" w:fill="D9D9D9" w:themeFill="background1" w:themeFillShade="D9"/>
          </w:tcPr>
          <w:p w14:paraId="1AE971A1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日付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8B8EC95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時間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58C15C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日付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CFEA6DD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  <w:r>
              <w:rPr>
                <w:rFonts w:asciiTheme="minorEastAsia" w:hAnsiTheme="minorEastAsia" w:hint="eastAsia"/>
                <w:lang w:eastAsia="ja-JP"/>
              </w:rPr>
              <w:t>時間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14:paraId="705427DA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  <w:tr w:rsidR="006A4DC5" w14:paraId="4CD6B8AC" w14:textId="77777777" w:rsidTr="00632D90">
        <w:trPr>
          <w:trHeight w:val="1254"/>
        </w:trPr>
        <w:tc>
          <w:tcPr>
            <w:tcW w:w="1701" w:type="dxa"/>
          </w:tcPr>
          <w:p w14:paraId="2A862053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1701" w:type="dxa"/>
          </w:tcPr>
          <w:p w14:paraId="7692C80C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1701" w:type="dxa"/>
          </w:tcPr>
          <w:p w14:paraId="78116187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1701" w:type="dxa"/>
          </w:tcPr>
          <w:p w14:paraId="4DD76AE8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1701" w:type="dxa"/>
          </w:tcPr>
          <w:p w14:paraId="5C2D31A7" w14:textId="77777777" w:rsidR="006A4DC5" w:rsidRDefault="006A4DC5" w:rsidP="00632D90">
            <w:pPr>
              <w:jc w:val="center"/>
              <w:rPr>
                <w:rFonts w:asciiTheme="minorEastAsia" w:hAnsiTheme="minorEastAsia"/>
                <w:lang w:eastAsia="ja-JP"/>
              </w:rPr>
            </w:pPr>
          </w:p>
        </w:tc>
      </w:tr>
    </w:tbl>
    <w:p w14:paraId="4C6C6355" w14:textId="77777777" w:rsidR="002202F2" w:rsidRPr="00F6084A" w:rsidRDefault="002202F2" w:rsidP="006A4DC5">
      <w:pPr>
        <w:spacing w:line="240" w:lineRule="auto"/>
        <w:rPr>
          <w:rFonts w:asciiTheme="minorEastAsia" w:hAnsiTheme="minorEastAsia"/>
        </w:rPr>
      </w:pPr>
    </w:p>
    <w:sectPr w:rsidR="002202F2" w:rsidRPr="00F6084A" w:rsidSect="00F6084A">
      <w:pgSz w:w="12240" w:h="15840"/>
      <w:pgMar w:top="993" w:right="1325" w:bottom="113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4BAFF" w14:textId="77777777" w:rsidR="00B92141" w:rsidRDefault="00B92141" w:rsidP="00D457A1">
      <w:pPr>
        <w:spacing w:after="0" w:line="240" w:lineRule="auto"/>
      </w:pPr>
      <w:r>
        <w:separator/>
      </w:r>
    </w:p>
  </w:endnote>
  <w:endnote w:type="continuationSeparator" w:id="0">
    <w:p w14:paraId="393F8A2E" w14:textId="77777777" w:rsidR="00B92141" w:rsidRDefault="00B92141" w:rsidP="00D4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4AF38" w14:textId="77777777" w:rsidR="00B92141" w:rsidRDefault="00B92141" w:rsidP="00D457A1">
      <w:pPr>
        <w:spacing w:after="0" w:line="240" w:lineRule="auto"/>
      </w:pPr>
      <w:r>
        <w:separator/>
      </w:r>
    </w:p>
  </w:footnote>
  <w:footnote w:type="continuationSeparator" w:id="0">
    <w:p w14:paraId="1074B7FE" w14:textId="77777777" w:rsidR="00B92141" w:rsidRDefault="00B92141" w:rsidP="00D45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7682211">
    <w:abstractNumId w:val="8"/>
  </w:num>
  <w:num w:numId="2" w16cid:durableId="96601580">
    <w:abstractNumId w:val="6"/>
  </w:num>
  <w:num w:numId="3" w16cid:durableId="917716440">
    <w:abstractNumId w:val="5"/>
  </w:num>
  <w:num w:numId="4" w16cid:durableId="1774855963">
    <w:abstractNumId w:val="4"/>
  </w:num>
  <w:num w:numId="5" w16cid:durableId="1894080123">
    <w:abstractNumId w:val="7"/>
  </w:num>
  <w:num w:numId="6" w16cid:durableId="883098644">
    <w:abstractNumId w:val="3"/>
  </w:num>
  <w:num w:numId="7" w16cid:durableId="1574851720">
    <w:abstractNumId w:val="2"/>
  </w:num>
  <w:num w:numId="8" w16cid:durableId="1294679536">
    <w:abstractNumId w:val="1"/>
  </w:num>
  <w:num w:numId="9" w16cid:durableId="782768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537"/>
    <w:rsid w:val="00034616"/>
    <w:rsid w:val="000557A3"/>
    <w:rsid w:val="0006063C"/>
    <w:rsid w:val="00095A25"/>
    <w:rsid w:val="000979A7"/>
    <w:rsid w:val="000B0911"/>
    <w:rsid w:val="000B3CAB"/>
    <w:rsid w:val="000F7D2F"/>
    <w:rsid w:val="001325B9"/>
    <w:rsid w:val="0015074B"/>
    <w:rsid w:val="001661C3"/>
    <w:rsid w:val="0018722A"/>
    <w:rsid w:val="001A03D7"/>
    <w:rsid w:val="001B17ED"/>
    <w:rsid w:val="001B26BD"/>
    <w:rsid w:val="001B7965"/>
    <w:rsid w:val="002202F2"/>
    <w:rsid w:val="00221675"/>
    <w:rsid w:val="002315A2"/>
    <w:rsid w:val="00236535"/>
    <w:rsid w:val="0029639D"/>
    <w:rsid w:val="002B205E"/>
    <w:rsid w:val="00326F90"/>
    <w:rsid w:val="00385587"/>
    <w:rsid w:val="00494761"/>
    <w:rsid w:val="0050419A"/>
    <w:rsid w:val="005450B4"/>
    <w:rsid w:val="00572F55"/>
    <w:rsid w:val="005B740D"/>
    <w:rsid w:val="00607385"/>
    <w:rsid w:val="006415CB"/>
    <w:rsid w:val="00670C17"/>
    <w:rsid w:val="006A4DC5"/>
    <w:rsid w:val="006C46CC"/>
    <w:rsid w:val="006E1408"/>
    <w:rsid w:val="007251A6"/>
    <w:rsid w:val="00806D97"/>
    <w:rsid w:val="0081164E"/>
    <w:rsid w:val="00880363"/>
    <w:rsid w:val="008816D0"/>
    <w:rsid w:val="008A497C"/>
    <w:rsid w:val="008B0AAF"/>
    <w:rsid w:val="008C7EEB"/>
    <w:rsid w:val="008F4B04"/>
    <w:rsid w:val="0095403E"/>
    <w:rsid w:val="00956CB6"/>
    <w:rsid w:val="00960DD2"/>
    <w:rsid w:val="009C04E2"/>
    <w:rsid w:val="009C153C"/>
    <w:rsid w:val="00A51256"/>
    <w:rsid w:val="00A84762"/>
    <w:rsid w:val="00AA1D8D"/>
    <w:rsid w:val="00AA7E76"/>
    <w:rsid w:val="00AB7153"/>
    <w:rsid w:val="00B47730"/>
    <w:rsid w:val="00B67CE7"/>
    <w:rsid w:val="00B92141"/>
    <w:rsid w:val="00C035F4"/>
    <w:rsid w:val="00C51173"/>
    <w:rsid w:val="00C7101C"/>
    <w:rsid w:val="00C972CF"/>
    <w:rsid w:val="00CB0664"/>
    <w:rsid w:val="00CD7E24"/>
    <w:rsid w:val="00D23EEC"/>
    <w:rsid w:val="00D457A1"/>
    <w:rsid w:val="00D74D1A"/>
    <w:rsid w:val="00DD192C"/>
    <w:rsid w:val="00E93D5F"/>
    <w:rsid w:val="00EB58B0"/>
    <w:rsid w:val="00EC4A0D"/>
    <w:rsid w:val="00EC579D"/>
    <w:rsid w:val="00EF1EC2"/>
    <w:rsid w:val="00F6084A"/>
    <w:rsid w:val="00F703E8"/>
    <w:rsid w:val="00FC42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E0DA13"/>
  <w14:defaultImageDpi w14:val="300"/>
  <w15:docId w15:val="{8D2883CE-20F0-4A5D-82E2-84CA347E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457A1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6C46CC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6C4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umamoto5678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D67645CE3FA1468DFD1250F53757B9" ma:contentTypeVersion="3" ma:contentTypeDescription="新しいドキュメントを作成します。" ma:contentTypeScope="" ma:versionID="584b2cae3d8995f64f3a45f0eb2a9ceb">
  <xsd:schema xmlns:xsd="http://www.w3.org/2001/XMLSchema" xmlns:xs="http://www.w3.org/2001/XMLSchema" xmlns:p="http://schemas.microsoft.com/office/2006/metadata/properties" xmlns:ns2="c1be5dff-14af-452b-b62b-8f5a44bc2a5a" targetNamespace="http://schemas.microsoft.com/office/2006/metadata/properties" ma:root="true" ma:fieldsID="df4291c43dee1aa76f8c18e280c56635" ns2:_="">
    <xsd:import namespace="c1be5dff-14af-452b-b62b-8f5a44bc2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e5dff-14af-452b-b62b-8f5a44bc2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94A51A-2306-4402-85B7-56800E93D4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315672-3F24-4829-A904-4232B846B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5C4C96-9B7B-493C-A2C6-4C0243882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e5dff-14af-452b-b62b-8f5a44bc2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雄太郎</dc:creator>
  <cp:keywords/>
  <dc:description>generated by python-docx</dc:description>
  <cp:lastModifiedBy>前田　朋子</cp:lastModifiedBy>
  <cp:revision>2</cp:revision>
  <cp:lastPrinted>2026-07-30T23:57:00Z</cp:lastPrinted>
  <dcterms:created xsi:type="dcterms:W3CDTF">2026-08-10T04:53:00Z</dcterms:created>
  <dcterms:modified xsi:type="dcterms:W3CDTF">2026-08-10T04:53:00Z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0x010100C4D67645CE3FA1468DFD1250F53757B9</vt:lpwstr>
  </property>
</Properties>
</file>