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16B0" w14:textId="77777777" w:rsidR="003E39DC" w:rsidRDefault="00A95991">
      <w:pPr>
        <w:spacing w:after="200"/>
        <w:jc w:val="center"/>
      </w:pPr>
      <w:proofErr w:type="spellStart"/>
      <w:r>
        <w:rPr>
          <w:b/>
          <w:sz w:val="32"/>
        </w:rPr>
        <w:t>委任状</w:t>
      </w:r>
      <w:proofErr w:type="spellEnd"/>
    </w:p>
    <w:p w14:paraId="33CF5719" w14:textId="77777777" w:rsidR="003E39DC" w:rsidRDefault="00A95991">
      <w:pPr>
        <w:spacing w:after="160"/>
        <w:jc w:val="right"/>
      </w:pPr>
      <w:proofErr w:type="spellStart"/>
      <w:r>
        <w:t>委任年月日</w:t>
      </w:r>
      <w:proofErr w:type="spellEnd"/>
      <w:r>
        <w:t xml:space="preserve">：　　　</w:t>
      </w:r>
      <w:proofErr w:type="gramStart"/>
      <w:r>
        <w:t>年　　月</w:t>
      </w:r>
      <w:proofErr w:type="gramEnd"/>
      <w:r>
        <w:t xml:space="preserve">　　日</w:t>
      </w:r>
    </w:p>
    <w:p w14:paraId="344D28E8" w14:textId="77777777" w:rsidR="003E39DC" w:rsidRDefault="00A95991">
      <w:pPr>
        <w:spacing w:after="80"/>
      </w:pPr>
      <w:proofErr w:type="spellStart"/>
      <w:r>
        <w:rPr>
          <w:b/>
        </w:rPr>
        <w:t>委任者（本人</w:t>
      </w:r>
      <w:proofErr w:type="spellEnd"/>
      <w:r>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217"/>
      </w:tblGrid>
      <w:tr w:rsidR="003E39DC" w14:paraId="22F19168" w14:textId="77777777" w:rsidTr="003A4023">
        <w:trPr>
          <w:trHeight w:hRule="exact" w:val="794"/>
          <w:jc w:val="center"/>
        </w:trPr>
        <w:tc>
          <w:tcPr>
            <w:tcW w:w="1701" w:type="dxa"/>
            <w:shd w:val="clear" w:color="auto" w:fill="E7E6E6"/>
            <w:tcMar>
              <w:top w:w="90" w:type="dxa"/>
              <w:left w:w="120" w:type="dxa"/>
              <w:bottom w:w="90" w:type="dxa"/>
              <w:right w:w="120" w:type="dxa"/>
            </w:tcMar>
            <w:vAlign w:val="center"/>
          </w:tcPr>
          <w:p w14:paraId="0F27296C" w14:textId="49402D26" w:rsidR="003A4023" w:rsidRDefault="00A95991" w:rsidP="003A4023">
            <w:pPr>
              <w:jc w:val="center"/>
              <w:rPr>
                <w:lang w:eastAsia="ja-JP"/>
              </w:rPr>
            </w:pPr>
            <w:proofErr w:type="spellStart"/>
            <w:r>
              <w:rPr>
                <w:b/>
              </w:rPr>
              <w:t>住所</w:t>
            </w:r>
            <w:proofErr w:type="spellEnd"/>
          </w:p>
        </w:tc>
        <w:tc>
          <w:tcPr>
            <w:tcW w:w="8217" w:type="dxa"/>
            <w:tcMar>
              <w:top w:w="90" w:type="dxa"/>
              <w:left w:w="120" w:type="dxa"/>
              <w:bottom w:w="90" w:type="dxa"/>
              <w:right w:w="120" w:type="dxa"/>
            </w:tcMar>
            <w:vAlign w:val="center"/>
          </w:tcPr>
          <w:p w14:paraId="6C6CBF3E" w14:textId="4464BA00" w:rsidR="003E39DC" w:rsidRDefault="00A95991">
            <w:r>
              <w:rPr>
                <w:rFonts w:hint="eastAsia"/>
                <w:lang w:eastAsia="ja-JP"/>
              </w:rPr>
              <w:t>熊本市　　　　区</w:t>
            </w:r>
          </w:p>
        </w:tc>
      </w:tr>
      <w:tr w:rsidR="003E39DC" w14:paraId="4C84ED7A" w14:textId="77777777" w:rsidTr="003A4023">
        <w:trPr>
          <w:trHeight w:hRule="exact" w:val="794"/>
          <w:jc w:val="center"/>
        </w:trPr>
        <w:tc>
          <w:tcPr>
            <w:tcW w:w="1701" w:type="dxa"/>
            <w:shd w:val="clear" w:color="auto" w:fill="E7E6E6"/>
            <w:tcMar>
              <w:top w:w="90" w:type="dxa"/>
              <w:left w:w="120" w:type="dxa"/>
              <w:bottom w:w="90" w:type="dxa"/>
              <w:right w:w="120" w:type="dxa"/>
            </w:tcMar>
            <w:vAlign w:val="center"/>
          </w:tcPr>
          <w:p w14:paraId="1205F5F9" w14:textId="77777777" w:rsidR="003E39DC" w:rsidRDefault="00A95991">
            <w:pPr>
              <w:jc w:val="center"/>
              <w:rPr>
                <w:b/>
                <w:lang w:eastAsia="ja-JP"/>
              </w:rPr>
            </w:pPr>
            <w:r>
              <w:rPr>
                <w:b/>
                <w:lang w:eastAsia="ja-JP"/>
              </w:rPr>
              <w:t>氏名</w:t>
            </w:r>
          </w:p>
          <w:p w14:paraId="2863FB34" w14:textId="59B17B08" w:rsidR="00774A50" w:rsidRPr="003B6257" w:rsidRDefault="003B6257" w:rsidP="003B6257">
            <w:pPr>
              <w:rPr>
                <w:sz w:val="16"/>
                <w:szCs w:val="16"/>
                <w:lang w:eastAsia="ja-JP"/>
              </w:rPr>
            </w:pPr>
            <w:r w:rsidRPr="003B6257">
              <w:rPr>
                <w:rFonts w:hint="eastAsia"/>
                <w:b/>
                <w:sz w:val="16"/>
                <w:szCs w:val="16"/>
                <w:lang w:eastAsia="ja-JP"/>
              </w:rPr>
              <w:t>(署名又は記名押印)</w:t>
            </w:r>
          </w:p>
        </w:tc>
        <w:tc>
          <w:tcPr>
            <w:tcW w:w="8217" w:type="dxa"/>
            <w:tcMar>
              <w:top w:w="90" w:type="dxa"/>
              <w:left w:w="120" w:type="dxa"/>
              <w:bottom w:w="90" w:type="dxa"/>
              <w:right w:w="120" w:type="dxa"/>
            </w:tcMar>
            <w:vAlign w:val="center"/>
          </w:tcPr>
          <w:p w14:paraId="1EA8CB1E" w14:textId="11AC6E23" w:rsidR="003E39DC" w:rsidRPr="00A95991" w:rsidRDefault="00A95991">
            <w:pPr>
              <w:rPr>
                <w:b/>
                <w:bCs/>
                <w:lang w:eastAsia="ja-JP"/>
              </w:rPr>
            </w:pPr>
            <w:r>
              <w:rPr>
                <w:lang w:eastAsia="ja-JP"/>
              </w:rPr>
              <w:t xml:space="preserve">　　　　　　　　　　　　　　　　</w:t>
            </w:r>
            <w:r w:rsidRPr="00A95991">
              <w:rPr>
                <w:rFonts w:hint="eastAsia"/>
                <w:b/>
                <w:bCs/>
                <w:lang w:eastAsia="ja-JP"/>
              </w:rPr>
              <w:t>印</w:t>
            </w:r>
          </w:p>
        </w:tc>
      </w:tr>
      <w:tr w:rsidR="003E39DC" w14:paraId="77F8A7EE" w14:textId="77777777" w:rsidTr="003A4023">
        <w:trPr>
          <w:trHeight w:hRule="exact" w:val="794"/>
          <w:jc w:val="center"/>
        </w:trPr>
        <w:tc>
          <w:tcPr>
            <w:tcW w:w="1701" w:type="dxa"/>
            <w:shd w:val="clear" w:color="auto" w:fill="E7E6E6"/>
            <w:tcMar>
              <w:top w:w="90" w:type="dxa"/>
              <w:left w:w="120" w:type="dxa"/>
              <w:bottom w:w="90" w:type="dxa"/>
              <w:right w:w="120" w:type="dxa"/>
            </w:tcMar>
            <w:vAlign w:val="center"/>
          </w:tcPr>
          <w:p w14:paraId="22974846" w14:textId="24EB02AC" w:rsidR="00774A50" w:rsidRPr="00774A50" w:rsidRDefault="009D7E36" w:rsidP="00774A50">
            <w:pPr>
              <w:jc w:val="center"/>
              <w:rPr>
                <w:b/>
                <w:lang w:eastAsia="ja-JP"/>
              </w:rPr>
            </w:pPr>
            <w:r>
              <w:rPr>
                <w:rFonts w:hint="eastAsia"/>
                <w:b/>
                <w:lang w:eastAsia="ja-JP"/>
              </w:rPr>
              <w:t>生年月日</w:t>
            </w:r>
          </w:p>
        </w:tc>
        <w:tc>
          <w:tcPr>
            <w:tcW w:w="8217" w:type="dxa"/>
            <w:tcMar>
              <w:top w:w="90" w:type="dxa"/>
              <w:left w:w="120" w:type="dxa"/>
              <w:bottom w:w="90" w:type="dxa"/>
              <w:right w:w="120" w:type="dxa"/>
            </w:tcMar>
            <w:vAlign w:val="center"/>
          </w:tcPr>
          <w:p w14:paraId="20BC6EF0" w14:textId="7E7AEA6F" w:rsidR="003E39DC" w:rsidRDefault="00A95991">
            <w:pPr>
              <w:rPr>
                <w:lang w:eastAsia="ja-JP"/>
              </w:rPr>
            </w:pPr>
            <w:r>
              <w:rPr>
                <w:rFonts w:hint="eastAsia"/>
                <w:lang w:eastAsia="ja-JP"/>
              </w:rPr>
              <w:t>明治・大正・昭和・平成</w:t>
            </w:r>
            <w:r>
              <w:rPr>
                <w:lang w:eastAsia="ja-JP"/>
              </w:rPr>
              <w:t xml:space="preserve">　　　　年　　　月　　　日</w:t>
            </w:r>
          </w:p>
        </w:tc>
      </w:tr>
      <w:tr w:rsidR="003E39DC" w14:paraId="0F987276" w14:textId="77777777" w:rsidTr="003A4023">
        <w:trPr>
          <w:trHeight w:hRule="exact" w:val="794"/>
          <w:jc w:val="center"/>
        </w:trPr>
        <w:tc>
          <w:tcPr>
            <w:tcW w:w="1701" w:type="dxa"/>
            <w:shd w:val="clear" w:color="auto" w:fill="E7E6E6"/>
            <w:tcMar>
              <w:top w:w="90" w:type="dxa"/>
              <w:left w:w="120" w:type="dxa"/>
              <w:bottom w:w="90" w:type="dxa"/>
              <w:right w:w="120" w:type="dxa"/>
            </w:tcMar>
            <w:vAlign w:val="center"/>
          </w:tcPr>
          <w:p w14:paraId="194F3EE3" w14:textId="77777777" w:rsidR="003E39DC" w:rsidRDefault="00A95991">
            <w:pPr>
              <w:jc w:val="center"/>
            </w:pPr>
            <w:proofErr w:type="spellStart"/>
            <w:r>
              <w:rPr>
                <w:b/>
              </w:rPr>
              <w:t>電話番号</w:t>
            </w:r>
            <w:proofErr w:type="spellEnd"/>
          </w:p>
        </w:tc>
        <w:tc>
          <w:tcPr>
            <w:tcW w:w="8217" w:type="dxa"/>
            <w:tcMar>
              <w:top w:w="90" w:type="dxa"/>
              <w:left w:w="120" w:type="dxa"/>
              <w:bottom w:w="90" w:type="dxa"/>
              <w:right w:w="120" w:type="dxa"/>
            </w:tcMar>
            <w:vAlign w:val="center"/>
          </w:tcPr>
          <w:p w14:paraId="102C53D3" w14:textId="77777777" w:rsidR="003E39DC" w:rsidRDefault="003E39DC"/>
        </w:tc>
      </w:tr>
    </w:tbl>
    <w:p w14:paraId="5AD008CC" w14:textId="77777777" w:rsidR="003A4023" w:rsidRDefault="00A95991" w:rsidP="003A4023">
      <w:pPr>
        <w:spacing w:line="240" w:lineRule="exact"/>
        <w:ind w:leftChars="722" w:left="1985" w:rightChars="315" w:right="756" w:hangingChars="105" w:hanging="252"/>
        <w:rPr>
          <w:b/>
          <w:bCs/>
          <w:lang w:eastAsia="ja-JP"/>
        </w:rPr>
      </w:pPr>
      <w:r w:rsidRPr="00A95991">
        <w:rPr>
          <w:b/>
          <w:bCs/>
          <w:lang w:eastAsia="ja-JP"/>
        </w:rPr>
        <w:t>※</w:t>
      </w:r>
      <w:r w:rsidR="00596BF3" w:rsidRPr="00596BF3">
        <w:rPr>
          <w:rFonts w:hint="eastAsia"/>
          <w:b/>
          <w:bCs/>
          <w:lang w:eastAsia="ja-JP"/>
        </w:rPr>
        <w:t>委任者の氏名欄は、原則として委任者本人が署名してください</w:t>
      </w:r>
    </w:p>
    <w:p w14:paraId="66D4A561" w14:textId="4CF26010" w:rsidR="00A95991" w:rsidRPr="00B3253A" w:rsidRDefault="003A4023" w:rsidP="003A4023">
      <w:pPr>
        <w:spacing w:line="240" w:lineRule="exact"/>
        <w:ind w:leftChars="722" w:left="1985" w:rightChars="79" w:right="190" w:hangingChars="105" w:hanging="252"/>
        <w:rPr>
          <w:b/>
          <w:bCs/>
          <w:lang w:eastAsia="ja-JP"/>
        </w:rPr>
      </w:pPr>
      <w:r>
        <w:rPr>
          <w:rFonts w:hint="eastAsia"/>
          <w:b/>
          <w:bCs/>
          <w:lang w:eastAsia="ja-JP"/>
        </w:rPr>
        <w:t>※</w:t>
      </w:r>
      <w:r w:rsidR="00596BF3" w:rsidRPr="00596BF3">
        <w:rPr>
          <w:rFonts w:hint="eastAsia"/>
          <w:b/>
          <w:bCs/>
          <w:lang w:eastAsia="ja-JP"/>
        </w:rPr>
        <w:t>その他の欄は、入力又は代筆して差し支えありません。委任者本人が署名しない場合は、記名の上、押印してください。</w:t>
      </w:r>
    </w:p>
    <w:p w14:paraId="541D3484" w14:textId="29CE3504" w:rsidR="003E39DC" w:rsidRDefault="00A95991" w:rsidP="003A4023">
      <w:pPr>
        <w:spacing w:before="160" w:after="120" w:line="300" w:lineRule="exact"/>
        <w:ind w:leftChars="100" w:left="240" w:rightChars="197" w:right="473" w:firstLineChars="100" w:firstLine="240"/>
        <w:rPr>
          <w:lang w:eastAsia="ja-JP"/>
        </w:rPr>
      </w:pPr>
      <w:r>
        <w:rPr>
          <w:lang w:eastAsia="ja-JP"/>
        </w:rPr>
        <w:t>私は、下記１の受任者を代理人と定め、下記２の委任事項に関する申請及び書類の受領に係る一切の権限を委任します。</w:t>
      </w:r>
    </w:p>
    <w:p w14:paraId="7F747F32" w14:textId="77777777" w:rsidR="003E39DC" w:rsidRDefault="00A95991" w:rsidP="003A4023">
      <w:pPr>
        <w:spacing w:after="120" w:line="300" w:lineRule="exact"/>
        <w:jc w:val="center"/>
      </w:pPr>
      <w:r>
        <w:rPr>
          <w:b/>
        </w:rPr>
        <w:t>記</w:t>
      </w:r>
    </w:p>
    <w:p w14:paraId="334099CD" w14:textId="77777777" w:rsidR="003E39DC" w:rsidRDefault="00A95991" w:rsidP="003A4023">
      <w:pPr>
        <w:spacing w:after="80" w:line="300" w:lineRule="exact"/>
      </w:pPr>
      <w:r>
        <w:rPr>
          <w:b/>
        </w:rPr>
        <w:t xml:space="preserve">１　</w:t>
      </w:r>
      <w:proofErr w:type="spellStart"/>
      <w:r>
        <w:rPr>
          <w:b/>
        </w:rPr>
        <w:t>受任者（代理人</w:t>
      </w:r>
      <w:proofErr w:type="spellEnd"/>
      <w:r>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8222"/>
      </w:tblGrid>
      <w:tr w:rsidR="003E39DC" w14:paraId="4C6D01BD" w14:textId="77777777" w:rsidTr="00045D11">
        <w:trPr>
          <w:trHeight w:hRule="exact" w:val="794"/>
          <w:jc w:val="center"/>
        </w:trPr>
        <w:tc>
          <w:tcPr>
            <w:tcW w:w="1696" w:type="dxa"/>
            <w:shd w:val="clear" w:color="auto" w:fill="E7E6E6"/>
            <w:tcMar>
              <w:top w:w="90" w:type="dxa"/>
              <w:left w:w="120" w:type="dxa"/>
              <w:bottom w:w="90" w:type="dxa"/>
              <w:right w:w="120" w:type="dxa"/>
            </w:tcMar>
            <w:vAlign w:val="center"/>
          </w:tcPr>
          <w:p w14:paraId="50591208" w14:textId="77777777" w:rsidR="003E39DC" w:rsidRDefault="00A95991" w:rsidP="003A4023">
            <w:pPr>
              <w:spacing w:line="300" w:lineRule="exact"/>
              <w:jc w:val="center"/>
            </w:pPr>
            <w:proofErr w:type="spellStart"/>
            <w:r>
              <w:rPr>
                <w:b/>
              </w:rPr>
              <w:t>住所</w:t>
            </w:r>
            <w:proofErr w:type="spellEnd"/>
          </w:p>
        </w:tc>
        <w:tc>
          <w:tcPr>
            <w:tcW w:w="8222" w:type="dxa"/>
            <w:tcBorders>
              <w:bottom w:val="single" w:sz="6" w:space="0" w:color="auto"/>
            </w:tcBorders>
            <w:tcMar>
              <w:top w:w="90" w:type="dxa"/>
              <w:left w:w="120" w:type="dxa"/>
              <w:bottom w:w="90" w:type="dxa"/>
              <w:right w:w="120" w:type="dxa"/>
            </w:tcMar>
            <w:vAlign w:val="center"/>
          </w:tcPr>
          <w:p w14:paraId="04159E78" w14:textId="77777777" w:rsidR="003E39DC" w:rsidRDefault="003E39DC" w:rsidP="003A4023">
            <w:pPr>
              <w:spacing w:line="300" w:lineRule="exact"/>
            </w:pPr>
          </w:p>
        </w:tc>
      </w:tr>
      <w:tr w:rsidR="003E39DC" w14:paraId="6FB1E0A3" w14:textId="77777777" w:rsidTr="00045D11">
        <w:trPr>
          <w:trHeight w:hRule="exact" w:val="794"/>
          <w:jc w:val="center"/>
        </w:trPr>
        <w:tc>
          <w:tcPr>
            <w:tcW w:w="1696" w:type="dxa"/>
            <w:shd w:val="clear" w:color="auto" w:fill="E7E6E6"/>
            <w:tcMar>
              <w:top w:w="90" w:type="dxa"/>
              <w:left w:w="120" w:type="dxa"/>
              <w:bottom w:w="90" w:type="dxa"/>
              <w:right w:w="120" w:type="dxa"/>
            </w:tcMar>
            <w:vAlign w:val="center"/>
          </w:tcPr>
          <w:p w14:paraId="0CE88695" w14:textId="77777777" w:rsidR="003E39DC" w:rsidRDefault="00A95991" w:rsidP="003A4023">
            <w:pPr>
              <w:spacing w:line="300" w:lineRule="exact"/>
              <w:jc w:val="center"/>
            </w:pPr>
            <w:proofErr w:type="spellStart"/>
            <w:r>
              <w:rPr>
                <w:b/>
              </w:rPr>
              <w:t>氏名</w:t>
            </w:r>
            <w:proofErr w:type="spellEnd"/>
          </w:p>
        </w:tc>
        <w:tc>
          <w:tcPr>
            <w:tcW w:w="8222" w:type="dxa"/>
            <w:tcBorders>
              <w:top w:val="single" w:sz="6" w:space="0" w:color="auto"/>
            </w:tcBorders>
            <w:tcMar>
              <w:top w:w="90" w:type="dxa"/>
              <w:left w:w="120" w:type="dxa"/>
              <w:bottom w:w="90" w:type="dxa"/>
              <w:right w:w="120" w:type="dxa"/>
            </w:tcMar>
            <w:vAlign w:val="center"/>
          </w:tcPr>
          <w:p w14:paraId="4F7FAA37" w14:textId="77777777" w:rsidR="003E39DC" w:rsidRDefault="003E39DC" w:rsidP="003A4023">
            <w:pPr>
              <w:spacing w:line="300" w:lineRule="exact"/>
            </w:pPr>
          </w:p>
        </w:tc>
      </w:tr>
      <w:tr w:rsidR="003E39DC" w14:paraId="030BEF07" w14:textId="77777777" w:rsidTr="003A4023">
        <w:trPr>
          <w:trHeight w:hRule="exact" w:val="794"/>
          <w:jc w:val="center"/>
        </w:trPr>
        <w:tc>
          <w:tcPr>
            <w:tcW w:w="1696" w:type="dxa"/>
            <w:shd w:val="clear" w:color="auto" w:fill="E7E6E6"/>
            <w:tcMar>
              <w:top w:w="90" w:type="dxa"/>
              <w:left w:w="120" w:type="dxa"/>
              <w:bottom w:w="90" w:type="dxa"/>
              <w:right w:w="120" w:type="dxa"/>
            </w:tcMar>
            <w:vAlign w:val="center"/>
          </w:tcPr>
          <w:p w14:paraId="784EBB70" w14:textId="77777777" w:rsidR="00A95991" w:rsidRDefault="00A95991" w:rsidP="003A4023">
            <w:pPr>
              <w:spacing w:line="300" w:lineRule="exact"/>
              <w:jc w:val="center"/>
              <w:rPr>
                <w:b/>
                <w:lang w:eastAsia="ja-JP"/>
              </w:rPr>
            </w:pPr>
            <w:proofErr w:type="spellStart"/>
            <w:r>
              <w:rPr>
                <w:b/>
              </w:rPr>
              <w:t>委任者</w:t>
            </w:r>
            <w:proofErr w:type="spellEnd"/>
            <w:r>
              <w:rPr>
                <w:rFonts w:hint="eastAsia"/>
                <w:b/>
                <w:lang w:eastAsia="ja-JP"/>
              </w:rPr>
              <w:t>から</w:t>
            </w:r>
          </w:p>
          <w:p w14:paraId="1603B332" w14:textId="5A974569" w:rsidR="003E39DC" w:rsidRDefault="00A95991" w:rsidP="003A4023">
            <w:pPr>
              <w:spacing w:line="300" w:lineRule="exact"/>
              <w:jc w:val="center"/>
            </w:pPr>
            <w:r w:rsidRPr="003A4023">
              <w:rPr>
                <w:rFonts w:hint="eastAsia"/>
                <w:b/>
                <w:spacing w:val="80"/>
                <w:fitText w:val="1200" w:id="-367777792"/>
                <w:lang w:eastAsia="ja-JP"/>
              </w:rPr>
              <w:t>みた</w:t>
            </w:r>
            <w:proofErr w:type="spellStart"/>
            <w:r w:rsidRPr="003A4023">
              <w:rPr>
                <w:b/>
                <w:spacing w:val="80"/>
                <w:fitText w:val="1200" w:id="-367777792"/>
              </w:rPr>
              <w:t>続</w:t>
            </w:r>
            <w:r w:rsidRPr="003A4023">
              <w:rPr>
                <w:b/>
                <w:fitText w:val="1200" w:id="-367777792"/>
              </w:rPr>
              <w:t>柄</w:t>
            </w:r>
            <w:proofErr w:type="spellEnd"/>
          </w:p>
        </w:tc>
        <w:tc>
          <w:tcPr>
            <w:tcW w:w="8222" w:type="dxa"/>
            <w:tcMar>
              <w:top w:w="90" w:type="dxa"/>
              <w:left w:w="120" w:type="dxa"/>
              <w:bottom w:w="90" w:type="dxa"/>
              <w:right w:w="120" w:type="dxa"/>
            </w:tcMar>
            <w:vAlign w:val="center"/>
          </w:tcPr>
          <w:p w14:paraId="26FE40E2" w14:textId="77777777" w:rsidR="003E39DC" w:rsidRDefault="003E39DC" w:rsidP="003A4023">
            <w:pPr>
              <w:spacing w:line="300" w:lineRule="exact"/>
            </w:pPr>
          </w:p>
        </w:tc>
      </w:tr>
      <w:tr w:rsidR="003E39DC" w14:paraId="5E472A41" w14:textId="77777777" w:rsidTr="003A4023">
        <w:trPr>
          <w:trHeight w:hRule="exact" w:val="794"/>
          <w:jc w:val="center"/>
        </w:trPr>
        <w:tc>
          <w:tcPr>
            <w:tcW w:w="1696" w:type="dxa"/>
            <w:shd w:val="clear" w:color="auto" w:fill="E7E6E6"/>
            <w:tcMar>
              <w:top w:w="90" w:type="dxa"/>
              <w:left w:w="120" w:type="dxa"/>
              <w:bottom w:w="90" w:type="dxa"/>
              <w:right w:w="120" w:type="dxa"/>
            </w:tcMar>
            <w:vAlign w:val="center"/>
          </w:tcPr>
          <w:p w14:paraId="7BDD999C" w14:textId="77777777" w:rsidR="003E39DC" w:rsidRDefault="00A95991" w:rsidP="003A4023">
            <w:pPr>
              <w:spacing w:line="300" w:lineRule="exact"/>
              <w:jc w:val="center"/>
            </w:pPr>
            <w:proofErr w:type="spellStart"/>
            <w:r>
              <w:rPr>
                <w:b/>
              </w:rPr>
              <w:t>電話番号</w:t>
            </w:r>
            <w:proofErr w:type="spellEnd"/>
          </w:p>
        </w:tc>
        <w:tc>
          <w:tcPr>
            <w:tcW w:w="8222" w:type="dxa"/>
            <w:tcMar>
              <w:top w:w="90" w:type="dxa"/>
              <w:left w:w="120" w:type="dxa"/>
              <w:bottom w:w="90" w:type="dxa"/>
              <w:right w:w="120" w:type="dxa"/>
            </w:tcMar>
            <w:vAlign w:val="center"/>
          </w:tcPr>
          <w:p w14:paraId="7F5AED1B" w14:textId="77777777" w:rsidR="003E39DC" w:rsidRDefault="003E39DC" w:rsidP="003A4023">
            <w:pPr>
              <w:spacing w:line="300" w:lineRule="exact"/>
            </w:pPr>
          </w:p>
        </w:tc>
      </w:tr>
    </w:tbl>
    <w:p w14:paraId="4CC0DFE6" w14:textId="6F9F65BB" w:rsidR="00B3253A" w:rsidRDefault="7FCFC293" w:rsidP="44A7103E">
      <w:pPr>
        <w:spacing w:line="300" w:lineRule="exact"/>
        <w:ind w:rightChars="-97" w:right="-233"/>
        <w:rPr>
          <w:b/>
          <w:bCs/>
          <w:lang w:eastAsia="ja-JP"/>
        </w:rPr>
      </w:pPr>
      <w:r w:rsidRPr="44A7103E">
        <w:rPr>
          <w:b/>
          <w:bCs/>
          <w:lang w:eastAsia="ja-JP"/>
        </w:rPr>
        <w:t xml:space="preserve">           </w:t>
      </w:r>
      <w:r w:rsidR="00207E37">
        <w:rPr>
          <w:rFonts w:hint="eastAsia"/>
          <w:b/>
          <w:bCs/>
          <w:lang w:eastAsia="ja-JP"/>
        </w:rPr>
        <w:t xml:space="preserve">　　　　</w:t>
      </w:r>
      <w:r w:rsidR="7E80BB74" w:rsidRPr="44A7103E">
        <w:rPr>
          <w:b/>
          <w:bCs/>
          <w:lang w:eastAsia="ja-JP"/>
        </w:rPr>
        <w:t>※受任者の本人確認を実施していますので、身分証明書をお持ちください。</w:t>
      </w:r>
    </w:p>
    <w:p w14:paraId="6B2CECC8" w14:textId="7A9BF988" w:rsidR="003E39DC" w:rsidRDefault="00A95991" w:rsidP="003A4023">
      <w:pPr>
        <w:spacing w:before="160" w:after="80" w:line="300" w:lineRule="exact"/>
        <w:rPr>
          <w:lang w:eastAsia="ja-JP"/>
        </w:rPr>
      </w:pPr>
      <w:r>
        <w:rPr>
          <w:b/>
          <w:lang w:eastAsia="ja-JP"/>
        </w:rPr>
        <w:t>２　委任事項</w:t>
      </w:r>
      <w:r>
        <w:rPr>
          <w:rFonts w:hint="eastAsia"/>
          <w:b/>
          <w:lang w:eastAsia="ja-JP"/>
        </w:rPr>
        <w:t>（委任する事項の□に✓</w:t>
      </w:r>
      <w:r w:rsidR="00596BF3">
        <w:rPr>
          <w:rFonts w:hint="eastAsia"/>
          <w:b/>
          <w:lang w:eastAsia="ja-JP"/>
        </w:rPr>
        <w:t>又は</w:t>
      </w:r>
      <w:r>
        <w:rPr>
          <w:rFonts w:hint="eastAsia"/>
          <w:b/>
          <w:lang w:eastAsia="ja-JP"/>
        </w:rPr>
        <w:t>■に塗りつぶし）</w:t>
      </w:r>
    </w:p>
    <w:p w14:paraId="3584A773" w14:textId="2F85CAC4" w:rsidR="003E39DC" w:rsidRDefault="00596BF3" w:rsidP="003A4023">
      <w:pPr>
        <w:spacing w:after="80" w:line="300" w:lineRule="exact"/>
        <w:ind w:left="397"/>
        <w:rPr>
          <w:lang w:eastAsia="ja-JP"/>
        </w:rPr>
      </w:pPr>
      <w:r>
        <w:rPr>
          <w:rFonts w:ascii="ＭＳ ゴシック" w:eastAsia="ＭＳ ゴシック" w:hAnsi="ＭＳ ゴシック" w:hint="eastAsia"/>
          <w:lang w:eastAsia="ja-JP"/>
        </w:rPr>
        <w:t>☐</w:t>
      </w:r>
      <w:r w:rsidR="00A95991">
        <w:rPr>
          <w:lang w:eastAsia="ja-JP"/>
        </w:rPr>
        <w:t xml:space="preserve">　予防接種自己負担免除対象者用予診票発行申請書兼同意書の申請及び受領</w:t>
      </w:r>
    </w:p>
    <w:p w14:paraId="3D18A4BE" w14:textId="7F7CBCEE" w:rsidR="003E39DC" w:rsidRDefault="00596BF3" w:rsidP="003A4023">
      <w:pPr>
        <w:spacing w:after="80" w:line="300" w:lineRule="exact"/>
        <w:ind w:left="397"/>
        <w:rPr>
          <w:lang w:eastAsia="ja-JP"/>
        </w:rPr>
      </w:pPr>
      <w:r>
        <w:rPr>
          <w:rFonts w:ascii="ＭＳ ゴシック" w:eastAsia="ＭＳ ゴシック" w:hAnsi="ＭＳ ゴシック" w:hint="eastAsia"/>
          <w:lang w:eastAsia="ja-JP"/>
        </w:rPr>
        <w:t>☐</w:t>
      </w:r>
      <w:r w:rsidR="00A95991">
        <w:rPr>
          <w:lang w:eastAsia="ja-JP"/>
        </w:rPr>
        <w:t xml:space="preserve">　熊本県広域化予防接種申込書兼課税状況等確認同意書の申請及び受領</w:t>
      </w:r>
    </w:p>
    <w:sectPr w:rsidR="003E39DC" w:rsidSect="00034616">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718B0" w14:textId="77777777" w:rsidR="00D711BA" w:rsidRDefault="00D711BA" w:rsidP="00A95991">
      <w:r>
        <w:separator/>
      </w:r>
    </w:p>
  </w:endnote>
  <w:endnote w:type="continuationSeparator" w:id="0">
    <w:p w14:paraId="3E9E49E9" w14:textId="77777777" w:rsidR="00D711BA" w:rsidRDefault="00D711BA" w:rsidP="00A95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BIZ UD明朝">
    <w:altName w:val="游ゴシック"/>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EDC7F" w14:textId="77777777" w:rsidR="00D711BA" w:rsidRDefault="00D711BA" w:rsidP="00A95991">
      <w:r>
        <w:separator/>
      </w:r>
    </w:p>
  </w:footnote>
  <w:footnote w:type="continuationSeparator" w:id="0">
    <w:p w14:paraId="584BCFEB" w14:textId="77777777" w:rsidR="00D711BA" w:rsidRDefault="00D711BA" w:rsidP="00A95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70675277">
    <w:abstractNumId w:val="8"/>
  </w:num>
  <w:num w:numId="2" w16cid:durableId="910041136">
    <w:abstractNumId w:val="6"/>
  </w:num>
  <w:num w:numId="3" w16cid:durableId="1374575017">
    <w:abstractNumId w:val="5"/>
  </w:num>
  <w:num w:numId="4" w16cid:durableId="2056467441">
    <w:abstractNumId w:val="4"/>
  </w:num>
  <w:num w:numId="5" w16cid:durableId="1040936557">
    <w:abstractNumId w:val="7"/>
  </w:num>
  <w:num w:numId="6" w16cid:durableId="1218318255">
    <w:abstractNumId w:val="3"/>
  </w:num>
  <w:num w:numId="7" w16cid:durableId="1197696825">
    <w:abstractNumId w:val="2"/>
  </w:num>
  <w:num w:numId="8" w16cid:durableId="311639750">
    <w:abstractNumId w:val="1"/>
  </w:num>
  <w:num w:numId="9" w16cid:durableId="247617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D11"/>
    <w:rsid w:val="0006063C"/>
    <w:rsid w:val="0009292F"/>
    <w:rsid w:val="000C6611"/>
    <w:rsid w:val="0014108B"/>
    <w:rsid w:val="0015074B"/>
    <w:rsid w:val="00206523"/>
    <w:rsid w:val="00207E37"/>
    <w:rsid w:val="0029639D"/>
    <w:rsid w:val="002C4DDE"/>
    <w:rsid w:val="00326F90"/>
    <w:rsid w:val="00360F75"/>
    <w:rsid w:val="003A4023"/>
    <w:rsid w:val="003B3C03"/>
    <w:rsid w:val="003B6257"/>
    <w:rsid w:val="003E39DC"/>
    <w:rsid w:val="00547B61"/>
    <w:rsid w:val="00596BF3"/>
    <w:rsid w:val="00774A50"/>
    <w:rsid w:val="007D0EFD"/>
    <w:rsid w:val="00801ECD"/>
    <w:rsid w:val="009A3890"/>
    <w:rsid w:val="009D7E36"/>
    <w:rsid w:val="00A95991"/>
    <w:rsid w:val="00AA1D8D"/>
    <w:rsid w:val="00AE1D07"/>
    <w:rsid w:val="00B31FEE"/>
    <w:rsid w:val="00B3253A"/>
    <w:rsid w:val="00B35AE5"/>
    <w:rsid w:val="00B47730"/>
    <w:rsid w:val="00B96578"/>
    <w:rsid w:val="00CB0664"/>
    <w:rsid w:val="00D711BA"/>
    <w:rsid w:val="00E62B24"/>
    <w:rsid w:val="00EC01FD"/>
    <w:rsid w:val="00F11982"/>
    <w:rsid w:val="00FA573D"/>
    <w:rsid w:val="00FC693F"/>
    <w:rsid w:val="44A7103E"/>
    <w:rsid w:val="7E80BB74"/>
    <w:rsid w:val="7FCFC2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2948BFC1-578E-49C4-A437-59EEB7B0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BIZ UD明朝" w:eastAsia="BIZ UD明朝" w:hAnsi="BIZ UD明朝"/>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酒井　歩</dc:creator>
  <cp:keywords/>
  <dc:description>generated by python-docx</dc:description>
  <cp:lastModifiedBy>浅田　紀恵</cp:lastModifiedBy>
  <cp:revision>2</cp:revision>
  <cp:lastPrinted>2026-10-05T23:48:00Z</cp:lastPrinted>
  <dcterms:created xsi:type="dcterms:W3CDTF">2026-10-06T03:37:00Z</dcterms:created>
  <dcterms:modified xsi:type="dcterms:W3CDTF">2026-10-06T03:37:00Z</dcterms:modified>
  <cp:category/>
</cp:coreProperties>
</file>